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임대차 계약 갱신계약서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임대인과 임차인은 아래 임대차계약의 갱신에 관하여 다음과 같이 합의한다.</w:t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원 계약의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계약기간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종전 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종전 차임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갱신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갱신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갱신 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갱신 차임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증액분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증액분 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(갱신의 합의)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임대인과 임차인은 위 원 계약의 임대차기간을 위 갱신 기간으로 갱신하고, 보증금과 차임을 위와 같이 변경하기로 합의한다.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(종전 계약의 효력)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 갱신계약에서 달리 정하지 않은 사항은 원 계약의 내용을 그대로 따른다.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(증액의 제한)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보증금 또는 차임의 증액은 관련 법령이 정한 상한을 초과할 수 없으며, 구체적인 한도는 계약 형태와 개별 사안에 따라 다르므로 계약 전에 확인한다.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(기타)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 계약에서 정하지 않은 사항은 관계 법령 및 일반 관례에 따른다.</w:t>
      </w:r>
    </w:p>
    <w:p>
      <w:pPr>
        <w:spacing w:after="7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18"/>
        </w:rPr>
        <w:t>본 계약을 증명하기 위하여 계약 당사자가 이의 없음을 확인하고 각각 서명·날인 후 각 1부씩 보관한다.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주택임대차보호법상 계약갱신요구권의 인정 여부와 증액 상한은 계약 형태와 개별 사안에 따라 다르므로 계약 전 관련 법령과 전문가 확인을 권장합니다.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