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임대차 보증금 반환 일정 합의서</w:t>
      </w:r>
    </w:p>
    <w:p>
      <w:pPr>
        <w:spacing w:after="13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 및 계약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목적물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종료일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 총액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반환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회차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 예정일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 금액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지급 방법</w:t>
            </w:r>
          </w:p>
        </w:tc>
      </w:tr>
      <w:tr>
        <w:trPr>
          <w:trHeight w:val="6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4" w:before="10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지급 계좌 및 특약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계좌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1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특약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일정대로 보증금을 반환하기로 양 당사자가 합의합니다.</w:t>
      </w:r>
    </w:p>
    <w:p>
      <w:pPr>
        <w:spacing w:after="109" w:before="10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임대인 :                                        (서명 또는 인)</w:t>
      </w:r>
    </w:p>
    <w:p>
      <w:pPr>
        <w:spacing w:after="10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퇴거 시점과 임차권 관련 사항은 사안에 따라 달라지므로 서명 전에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