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소     취     하     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사건 표시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법원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피고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취하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취하 범위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소 전부 취하   (   ) 일부 취하 (범위:                    )</w:t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취하 사유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필요하면 취하하게 된 경위를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원고 :                                        (서명 또는 인)</w:t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법원 귀중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상대방 동의 필요 여부와 제출 방법은 담당 재판부·법원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