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53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일용직 근로계약서</w:t>
      </w:r>
    </w:p>
    <w:p>
      <w:pPr>
        <w:spacing w:after="133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07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사업주(이하 "사용자")와 근로자는 다음과 같이 일용직 근로계약을 체결한다.</w:t>
      </w:r>
    </w:p>
    <w:p>
      <w:pPr>
        <w:spacing w:after="53" w:before="107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604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사업체명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대표자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04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사업장 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04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근로자 성명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04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이메일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3" w:before="107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근로조건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604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근로일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20    년    월    일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근무장소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04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작업내용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시업 / 종업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 xml:space="preserve">    시    분 ~     시    분</w:t>
            </w:r>
          </w:p>
        </w:tc>
      </w:tr>
      <w:tr>
        <w:trPr>
          <w:trHeight w:val="604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휴게시간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3" w:before="107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임금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604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일급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금          원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가산수당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연장·야간·휴일근로 시 법정 가산율 적용</w:t>
            </w:r>
          </w:p>
        </w:tc>
      </w:tr>
      <w:tr>
        <w:trPr>
          <w:trHeight w:val="604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지급일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근로 종료 당일 / 익일 (택1)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지급방법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근로자 명의 예금계좌 입금 / 현금 직접 지급</w:t>
            </w:r>
          </w:p>
        </w:tc>
      </w:tr>
    </w:tbl>
    <w:p>
      <w:pPr>
        <w:spacing w:after="5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3" w:before="107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안전보건</w:t>
      </w:r>
    </w:p>
    <w:p>
      <w:pPr>
        <w:spacing w:after="53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사용자는 작업 전 안전보건 교육을 실시하고 필요한 보호장비를 제공한다.</w:t>
      </w:r>
    </w:p>
    <w:p>
      <w:pPr>
        <w:spacing w:after="53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근로자는 안전수칙과 현장 관리자의 작업 지시를 준수한다.</w:t>
      </w:r>
    </w:p>
    <w:p>
      <w:pPr>
        <w:spacing w:after="53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산재보험은 1일 단위 근로라도 법령이 정하는 바에 따라 적용된다.</w:t>
      </w:r>
    </w:p>
    <w:p>
      <w:pPr>
        <w:spacing w:after="107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위 계약 내용을 확인하고 이에 동의하여 각자 서명·날인한다.</w:t>
      </w:r>
    </w:p>
    <w:p>
      <w:pPr>
        <w:spacing w:after="107" w:before="107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07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사용자 :                                        (서명 또는 인)</w:t>
      </w:r>
    </w:p>
    <w:p>
      <w:pPr>
        <w:spacing w:after="107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근로자 :                                        (서명 또는 인)</w:t>
      </w:r>
    </w:p>
    <w:p>
      <w:pPr>
        <w:spacing w:after="0" w:before="8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동일 근로자를 반복해 채용하는 경우에도 근로일마다 근로조건이 달라질 수 있으므로 매 근로일 계약서를 새로 작성하는 것을 권장합니다. 세부 기준은 관할 고용노동청 안내를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