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8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직  무  기  술  서</w:t>
      </w:r>
    </w:p>
    <w:p>
      <w:pPr>
        <w:spacing w:after="12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직무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4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직무명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보고라인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직무 목적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주요 책임과 업무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12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주요 업무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비중(%)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산출물</w:t>
            </w:r>
          </w:p>
        </w:tc>
      </w:tr>
      <w:tr>
        <w:trPr>
          <w:trHeight w:val="612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2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2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2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2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요구 자격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4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학력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경력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자격증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필수 역량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근무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4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근무시간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고용형태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보고주기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6" w:before="96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6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96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승인자 :                                        (서명 또는 인)</w:t>
      </w:r>
    </w:p>
    <w:p>
      <w:pPr>
        <w:spacing w:after="0" w:before="72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직무 범위와 평가 기준은 조직 개편에 따라 변경될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