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물품 보관 확인서</w:t>
      </w:r>
    </w:p>
    <w:p>
      <w:pPr>
        <w:spacing w:after="11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맡기는 사람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보관하는 사람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보관 물품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608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맡길 당시 상태</w:t>
            </w:r>
          </w:p>
        </w:tc>
      </w:tr>
      <w:tr>
        <w:trPr>
          <w:trHeight w:val="608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기간 및 특약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보관 시작일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예정일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보관 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보관료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파손·분실 때 처리 방법 등 합의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8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5" w:before="9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맡기는 사람 :                                        (서명 또는 인)</w:t>
      </w:r>
    </w:p>
    <w:p>
      <w:pPr>
        <w:spacing w:after="9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보관하는 사람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