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물품 대여 확인서</w:t>
      </w:r>
    </w:p>
    <w:p>
      <w:pPr>
        <w:spacing w:after="116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빌려주는 사람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빌리는 사람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대여 물품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592" w:hRule="atLeast"/>
        </w:trPr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품목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  <w:tc>
          <w:tcPr>
            <w:tcW w:type="dxa" w:w="552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대여 당시 상태</w:t>
            </w:r>
          </w:p>
        </w:tc>
      </w:tr>
      <w:tr>
        <w:trPr>
          <w:trHeight w:val="592" w:hRule="atLeast"/>
        </w:trPr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52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2" w:hRule="atLeast"/>
        </w:trPr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52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2" w:hRule="atLeast"/>
        </w:trPr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52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92" w:hRule="atLeast"/>
        </w:trPr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552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기간 및 특약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92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대여일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반납 기한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파손·분실 때 처리 방법, 보증금 등 합의한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84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3" w:before="9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빌려주는 사람 :                                        (서명 또는 인)</w:t>
      </w:r>
    </w:p>
    <w:p>
      <w:pPr>
        <w:spacing w:after="9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빌리는 사람 :                                        (서명 또는 인)</w:t>
      </w:r>
    </w:p>
    <w:p>
      <w:pPr>
        <w:spacing w:after="0" w:before="7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고가의 물품은 대여 전에 사진을 찍어 상태를 함께 보관하십시오.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