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청  구  서</w:t>
      </w:r>
    </w:p>
    <w:p>
      <w:pPr>
        <w:spacing w:after="13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청구번호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청구일자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청구인(공급자)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피청구인(수신)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거래일자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품목·내용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세액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합계</w:t>
            </w:r>
          </w:p>
        </w:tc>
      </w:tr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세액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청구금액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10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입금 계좌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은행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계좌번호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지급기한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6" w:before="10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청구인(직인) :                                        (서명 또는 인)</w:t>
      </w:r>
    </w:p>
    <w:p>
      <w:pPr>
        <w:spacing w:after="0" w:before="7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청구금액에 이의가 있는 경우 청구일로부터 7일 이내 연락하여 주시기 바랍니다. 세금계산서 발행 여부는 사전에 협의하십시오.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