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초  대  장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초대 인사말 — 모시는 마음을 담아 간결하게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3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행사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6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행사명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 (  요일)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시각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시     분</w:t>
            </w:r>
          </w:p>
        </w:tc>
      </w:tr>
      <w:tr>
        <w:trPr>
          <w:trHeight w:val="36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주최(초대인)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참석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회신 기한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회신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전화 / 문자 / 이메일</w:t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복장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동반 인원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  명</w:t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교통편·주차 안내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초대 명단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성함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관계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연락처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회신 여부</w:t>
            </w:r>
          </w:p>
        </w:tc>
      </w:tr>
      <w:tr>
        <w:trPr>
          <w:trHeight w:val="32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기타 안내사항 — 식사 제공, 선물 사양, 우천 시 안내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초대인 :                                        (서명 또는 인)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발송 전 날짜와 요일, 장소명과 주소가 정확한지 다시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