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면  접     평  가  표</w:t>
      </w:r>
    </w:p>
    <w:p>
      <w:pPr>
        <w:spacing w:after="121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4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 부문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면접일시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면접관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평가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15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항목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배점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점수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의견</w:t>
            </w:r>
          </w:p>
        </w:tc>
      </w:tr>
      <w:tr>
        <w:trPr>
          <w:trHeight w:val="615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5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5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5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5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15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종합 평가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4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종합점수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판정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총평</w:t>
      </w:r>
    </w:p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지원자에 대한 전반적인 평가와 추천 사유를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4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7" w:before="97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면접관1 :                                        (서명 또는 인)</w:t>
      </w:r>
    </w:p>
    <w:p>
      <w:pPr>
        <w:spacing w:after="9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면접관2 :                                        (서명 또는 인)</w:t>
      </w:r>
    </w:p>
    <w:p>
      <w:pPr>
        <w:spacing w:after="0" w:before="7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평가 점수와 판정 기준은 채용 공고 및 내부 기준에 따라 달라질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