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내부 보고서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6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수신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보고부서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6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보고일자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문서번호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6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제목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6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보고 요지</w:t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결론과 요청사항을 먼저 3줄 이내로 요약하십시오.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73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현황</w:t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진행 경과와 관련 수치를 사실 중심으로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73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문제점 및 대안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6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문제점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대안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기대효과</w:t>
            </w:r>
          </w:p>
        </w:tc>
      </w:tr>
      <w:tr>
        <w:trPr>
          <w:trHeight w:val="36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6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건의사항 및 후속조치</w:t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결정이 필요한 사항을 선택지 형태로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3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74" w:before="7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6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결재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담당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임원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6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대외 공개가 제한된 자료를 인용하는 경우 문서 등급과 배포 범위를 표시하십시오.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