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50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사  내     공  지  문</w:t>
      </w:r>
    </w:p>
    <w:p>
      <w:pPr>
        <w:spacing w:after="124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563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수신</w:t>
            </w:r>
          </w:p>
        </w:tc>
        <w:tc>
          <w:tcPr>
            <w:tcW w:type="dxa" w:w="355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발신</w:t>
            </w:r>
          </w:p>
        </w:tc>
        <w:tc>
          <w:tcPr>
            <w:tcW w:type="dxa" w:w="355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63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제목</w:t>
            </w:r>
          </w:p>
        </w:tc>
        <w:tc>
          <w:tcPr>
            <w:tcW w:type="dxa" w:w="8483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63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날짜</w:t>
            </w:r>
          </w:p>
        </w:tc>
        <w:tc>
          <w:tcPr>
            <w:tcW w:type="dxa" w:w="8483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5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0" w:before="99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공지 내용</w:t>
      </w:r>
    </w:p>
    <w:p>
      <w:pPr>
        <w:spacing w:after="50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공지 배경과 핵심 내용을 간결하게 작성하십시오.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2537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5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0" w:before="99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세부 안내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4933"/>
        <w:gridCol w:w="4933"/>
      </w:tblGrid>
      <w:tr>
        <w:trPr>
          <w:trHeight w:val="634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항목</w:t>
            </w:r>
          </w:p>
        </w:tc>
        <w:tc>
          <w:tcPr>
            <w:tcW w:type="dxa" w:w="739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내용</w:t>
            </w:r>
          </w:p>
        </w:tc>
      </w:tr>
      <w:tr>
        <w:trPr>
          <w:trHeight w:val="634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39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34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39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34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39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34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39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5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0" w:before="99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문의처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563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담당부서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5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0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위와 같이 공지합니다.</w:t>
      </w:r>
    </w:p>
    <w:p>
      <w:pPr>
        <w:spacing w:after="99" w:before="99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99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총무팀장 :                                        (서명 또는 인)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