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청렴계약 이행서약서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대상 계약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입찰(계약)건명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참가업체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서약 내용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입찰·계약과 관련하여 발주기관 임직원에게 금품이나 향응을 제공하지 않는다.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다른 입찰 참가자와 담합하거나 사전에 가격·조건을 협의하지 않는다.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계약 조건 이외의 특혜나 부당한 편의 제공을 요구하지 않는다.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서약을 위반한 사실이 확인되면 입찰 참가 제한 등 불이익을 감수한다.</w:t>
      </w:r>
    </w:p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사항을 성실히 이행할 것을 서약합니다.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참가업체 대표자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발주기관 담당자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발주기관이 지정한 서약서 서식이 있으면 그 서식을 우선 사용하십시오.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