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1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사회보험 사업장 담당자 변경 신청서</w:t>
      </w:r>
    </w:p>
    <w:p>
      <w:pPr>
        <w:spacing w:after="12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사업장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관리번호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소재지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담당자 변경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기존 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기존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새 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새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새 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새 이메일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사유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알릴 기관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선택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기관</w:t>
            </w:r>
          </w:p>
        </w:tc>
        <w:tc>
          <w:tcPr>
            <w:tcW w:type="dxa" w:w="572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72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72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72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72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사업장 담당자 변경을 신청합니다.</w:t>
      </w:r>
    </w:p>
    <w:p>
      <w:pPr>
        <w:spacing w:after="102" w:before="10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사업장 대표자 :                                        (서명 또는 인)</w:t>
      </w:r>
    </w:p>
    <w:p>
      <w:pPr>
        <w:spacing w:after="0" w:before="7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기관별 접수 방식과 필요 서류가 다를 수 있습니다. 해당 기관의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