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9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4대보험 가입 확인 요청서</w:t>
      </w:r>
    </w:p>
    <w:p>
      <w:pPr>
        <w:spacing w:after="14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4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4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확인 요청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74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보험 종류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국민연금   (   ) 건강보험   (   ) 고용보험   (   ) 산재보험</w:t>
            </w:r>
          </w:p>
        </w:tc>
      </w:tr>
      <w:tr>
        <w:trPr>
          <w:trHeight w:val="74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확인 사항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가입 여부   (   ) 가입일(취득일)   (   ) 기타</w:t>
            </w:r>
          </w:p>
        </w:tc>
      </w:tr>
      <w:tr>
        <w:trPr>
          <w:trHeight w:val="74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방법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서면   (   ) 이메일   (   ) 구두</w:t>
            </w:r>
          </w:p>
        </w:tc>
      </w:tr>
      <w:tr>
        <w:trPr>
          <w:trHeight w:val="74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희망일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</w:t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요청 사유</w:t>
      </w:r>
    </w:p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확인이 필요한 이유(예: 입사 후 가입 내역 확인, 서류 제출용)를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32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4대보험 가입 내역의 확인을 요청합니다.</w:t>
      </w:r>
    </w:p>
    <w:p>
      <w:pPr>
        <w:spacing w:after="117" w:before="11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8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공식 증명이 필요하면 각 보험 기관에서 발급하는 서류를 이용하십시오.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