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경  위  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기본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8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보고 일자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보고자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부서(팀)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 사항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사건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4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 유형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발생 일시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발생 장소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관련자 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관련자 부서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사건 경위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사건의 발생 경과를 시간순으로 상세하게 기재하십시오. 당사자의 진술, 현장 상황, 목격자 확인 사항 등을 포함합니다.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99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초기 조치 및 처리 결과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사건 발생 후 취한 조치, 피해 규모, 안전 조치, 관계자 조치 결과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1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 사항이 사실임을 확인합니다.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보고자 :                                        (서명 또는 인)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확인자 :                                        (서명 또는 인)</w:t>
      </w:r>
    </w:p>
    <w:p>
      <w:pPr>
        <w:spacing w:after="6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사건 발생 후 가능한 빨리 제출하고, 필요시 당사자 진술서와 목격자 확인서를 별지로 첨부하십시오.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