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불법 광고물 신고서</w:t>
      </w:r>
    </w:p>
    <w:p>
      <w:pPr>
        <w:spacing w:after="15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신고인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광고물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광고물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수량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발견 장소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발견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광고주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광고 내용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광고물이 붙은 상태와 주변 상황, 첨부한 사진 설명을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61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불법 광고물을 신고하오니 확인하여 조치해 주시기 바랍니다.</w:t>
      </w:r>
    </w:p>
    <w:p>
      <w:pPr>
        <w:spacing w:after="123" w:before="12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신고인 :                                        (서명 또는 인)</w:t>
      </w:r>
    </w:p>
    <w:p>
      <w:pPr>
        <w:spacing w:after="0" w:before="9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허가 여부는 관할 기관이 확인합니다. 제출처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