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세대 분리 사실 확인서</w:t>
      </w:r>
    </w:p>
    <w:p>
      <w:pPr>
        <w:spacing w:after="12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분리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6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분리 일자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분리 전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분리 후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분리하는 사람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3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세대주와 관계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3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분리 사유</w:t>
      </w:r>
    </w:p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세대를 따로 꾸리게 된 사유를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9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사실임을 확인합니다.</w:t>
      </w:r>
    </w:p>
    <w:p>
      <w:pPr>
        <w:spacing w:after="100" w:before="10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세대주 :                                        (서명 또는 인)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분리하는 사람 :                                        (서명 또는 인)</w:t>
      </w:r>
    </w:p>
    <w:p>
      <w:pPr>
        <w:spacing w:after="0" w:before="7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주민등록 정리는 전입신고 등 별도 절차로 해야 하며, 제출처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