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3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세대원 전출 동의서</w:t>
      </w:r>
    </w:p>
    <w:p>
      <w:pPr>
        <w:spacing w:after="158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3" w:before="127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세대주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807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807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생년월일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전출 세대원과의 관계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3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3" w:before="127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전출하는 세대원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807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807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생년월일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전출 인원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3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3" w:before="127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주소 및 전출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4933"/>
        <w:gridCol w:w="4933"/>
      </w:tblGrid>
      <w:tr>
        <w:trPr>
          <w:trHeight w:val="807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현재 주소</w:t>
            </w:r>
          </w:p>
        </w:tc>
        <w:tc>
          <w:tcPr>
            <w:tcW w:type="dxa" w:w="82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807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옮길 주소</w:t>
            </w:r>
          </w:p>
        </w:tc>
        <w:tc>
          <w:tcPr>
            <w:tcW w:type="dxa" w:w="82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807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전출 예정일</w:t>
            </w:r>
          </w:p>
        </w:tc>
        <w:tc>
          <w:tcPr>
            <w:tcW w:type="dxa" w:w="82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807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전출 사유</w:t>
            </w:r>
          </w:p>
        </w:tc>
        <w:tc>
          <w:tcPr>
            <w:tcW w:type="dxa" w:w="82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3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27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위 세대원이 위 주소로 전출하는 것에 세대주로서 동의합니다.</w:t>
      </w:r>
    </w:p>
    <w:p>
      <w:pPr>
        <w:spacing w:after="127" w:before="127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27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세대주 :                                        (서명 또는 인)</w:t>
      </w:r>
    </w:p>
    <w:p>
      <w:pPr>
        <w:spacing w:after="127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전출 세대원 :                                        (서명 또는 인)</w:t>
      </w:r>
    </w:p>
    <w:p>
      <w:pPr>
        <w:spacing w:after="0" w:before="95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필요 서류와 신고 방법은 관할 주민센터 안내를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