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8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동거인 전입 동의서</w:t>
      </w:r>
    </w:p>
    <w:p>
      <w:pPr>
        <w:spacing w:after="145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8" w:before="11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세대주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5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세대주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전입 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8" w:before="11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전입하는 사람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trHeight w:val="739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성명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생년월일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세대주와 관계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전입 예정일</w:t>
            </w:r>
          </w:p>
        </w:tc>
      </w:tr>
      <w:tr>
        <w:trPr>
          <w:trHeight w:val="739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39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39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39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8" w:before="11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거주 사유</w:t>
      </w:r>
    </w:p>
    <w:p>
      <w:pPr>
        <w:spacing w:after="58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함께 거주하게 된 사유를 간단히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808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6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본인은 위 사람이 위 주소에 전입하여 함께 거주하는 데 동의합니다.</w:t>
      </w:r>
    </w:p>
    <w:p>
      <w:pPr>
        <w:spacing w:after="116" w:before="116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6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세대주 :                                        (서명 또는 인)</w:t>
      </w:r>
    </w:p>
    <w:p>
      <w:pPr>
        <w:spacing w:after="0" w:before="87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전입신고는 별도 절차로 해야 하며, 제출처 요구 서류를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