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세대주 변경 동의서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세대 현황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 세대주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후 세대주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사유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세대주를 바꾸려는 이유를 간단히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0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동의하는 세대원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관계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생년월일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서명</w:t>
            </w:r>
          </w:p>
        </w:tc>
      </w:tr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세대원은 세대주를 위와 같이 변경하는 데 동의합니다.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현 세대주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변경 후 세대주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세대주 변경 신고 방법과 필요 서류는 주민센터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