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가계부 (주간)</w:t>
      </w:r>
    </w:p>
    <w:p>
      <w:pPr>
        <w:spacing w:after="11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6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주차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6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주간 예산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일별 수입·지출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요일</w:t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분류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수입(원)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지출(원)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잔액(원)</w:t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1" w:hRule="atLeast"/>
        </w:trPr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87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분류별 소계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50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식비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교통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주거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통신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여가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기타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합계</w:t>
            </w:r>
          </w:p>
        </w:tc>
      </w:tr>
      <w:tr>
        <w:trPr>
          <w:trHeight w:val="50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주간 총평</w:t>
      </w:r>
    </w:p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이번 주 소비 패턴과 다음 주 예산 계획을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8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지출 분류는 식비·교통·주거·통신·여가·기타 등 가구 상황에 맞게 자유롭게 수정하여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