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입퇴원확인서 발급 신청서</w:t>
      </w:r>
    </w:p>
    <w:p>
      <w:pPr>
        <w:spacing w:after="15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환자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병원 등록번호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입원 기간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입원일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퇴원일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진료과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병동·병실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발급 요청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필요 부수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수령 방법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신청인 구분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본인 / 대리인</w:t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추가로 요청할 사항이 있으면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792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6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입퇴원확인서 발급을 신청합니다.</w:t>
      </w:r>
    </w:p>
    <w:p>
      <w:pPr>
        <w:spacing w:after="126" w:before="126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0" w:before="9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발급 비용과 대리 신청 서류는 의료기관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