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전원(轉院) 요청서</w:t>
      </w:r>
    </w:p>
    <w:p>
      <w:pPr>
        <w:spacing w:after="12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환자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4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현 의료기관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4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기관명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진료과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입원일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전원 희망 기관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4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기관명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진료과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전원 사유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44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사유 구분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상세 사유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이송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4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이송 수단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동행 여부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6. 인계 요청 자료</w:t>
      </w:r>
    </w:p>
    <w:p>
      <w:pPr>
        <w:spacing w:after="48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진료기록 사본</w:t>
      </w:r>
    </w:p>
    <w:p>
      <w:pPr>
        <w:spacing w:after="48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영상자료(CT·MRI 등)</w:t>
      </w:r>
    </w:p>
    <w:p>
      <w:pPr>
        <w:spacing w:after="48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검사결과지</w:t>
      </w:r>
    </w:p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위와 같이 전원을 요청하며, 전원에 필요한 자료 인계에 동의합니다.</w:t>
      </w:r>
    </w:p>
    <w:p>
      <w:pPr>
        <w:spacing w:after="96" w:before="9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환자 본인 :                                        (서명 또는 인)</w:t>
      </w:r>
    </w:p>
    <w:p>
      <w:pPr>
        <w:spacing w:after="9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 :                                        (서명 또는 인)</w:t>
      </w:r>
    </w:p>
    <w:p>
      <w:pPr>
        <w:spacing w:after="0" w:before="7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전원 가능 여부와 병상 사정은 전원 희망 기관의 판단에 따릅니다.</w:t>
      </w:r>
    </w:p>
    <w:p>
      <w:pPr>
        <w:spacing w:after="0" w:before="7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전원 절차 진행이며, 보유기간은 관계 법령에 따라 보관한 후 파기합니다.</w:t>
      </w:r>
    </w:p>
    <w:p>
      <w:pPr>
        <w:spacing w:after="0" w:before="7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