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방문요양 서비스 제공 기록지</w:t>
      </w:r>
    </w:p>
    <w:p>
      <w:pPr>
        <w:spacing w:after="13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기본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요양보호사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기록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 기관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방문 및 제공 서비스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날짜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방문 시간</w:t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제공 서비스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보호자 확인</w:t>
            </w:r>
          </w:p>
        </w:tc>
      </w:tr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특이사항</w:t>
      </w:r>
    </w:p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이용자의 상태 변화나 전달할 내용을 본 것 위주로 적으십시오. 진단명이나 병력은 적지 않습니다.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871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0" w:before="11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요양보호사 :                                        (서명 또는 인)</w:t>
      </w:r>
    </w:p>
    <w:p>
      <w:pPr>
        <w:spacing w:after="11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보호자 :                                        (서명 또는 인)</w:t>
      </w:r>
    </w:p>
    <w:p>
      <w:pPr>
        <w:spacing w:after="0" w:before="8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의료적 판단이 필요한 내용은 기관과 보호자에게 별도로 알리십시오.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