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변론기일 변경 신청서</w:t>
      </w:r>
    </w:p>
    <w:p>
      <w:pPr>
        <w:spacing w:after="11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사건 표시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법원·재판부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지정 기일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구분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원고 / 피고</w:t>
            </w:r>
          </w:p>
        </w:tc>
      </w:tr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5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신청 취지</w:t>
      </w:r>
    </w:p>
    <w:p>
      <w:pPr>
        <w:spacing w:after="9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위 사건의 변론기일을 아래 사유로 변경해 주시기 바랍니다.</w:t>
      </w:r>
    </w:p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변경이 필요한 사유를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27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일정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3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첨부 자료</w:t>
            </w:r>
          </w:p>
        </w:tc>
        <w:tc>
          <w:tcPr>
            <w:tcW w:type="dxa" w:w="82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5" w:before="95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5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9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○○법원 ○○ 귀중</w:t>
      </w:r>
    </w:p>
    <w:p>
      <w:pPr>
        <w:spacing w:after="0" w:before="7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기한은 담당 재판부 안내를 확인하십시오. 변경 여부는 법원이 판단합니다.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