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건강보험료 분할납부 신청서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가입자 구분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체납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체납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체납 총액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고지서 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관할 지사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분할 납부 계획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회차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납부 예정일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납부 예정액</w:t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453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분할 납부를 요청하는 사정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한꺼번에 내기 어려운 사정을 사실대로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6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건강보험료의 분할 납부를 신청합니다.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승인 여부와 분할 횟수는 공단이 정합니다. 제출 방법과 증빙은 관할 지사에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