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건강보험 자격득실확인서 발급 위임장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위임인과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대리인 관계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대리인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발급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조회 기간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발급 목적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발급 부수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위임하는 업무 범위를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7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대리 발급에 필요한 서류는 건강보험공단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