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건강보험 피부양자 신고 위임장</w:t>
      </w:r>
    </w:p>
    <w:p>
      <w:pPr>
        <w:spacing w:after="14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(직장가입자)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근무처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3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피부양자 성명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신고 종류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43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3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3" w:hRule="atLeast"/>
        </w:trPr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2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대리인에게 위 건강보험 피부양자 신고 업무를 위임합니다.</w:t>
      </w:r>
    </w:p>
    <w:p>
      <w:pPr>
        <w:spacing w:after="113" w:before="11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8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필요 증빙서류와 대리 신고 가능 여부는 국민건강보험공단에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