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업  무     인  수  인  계  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인계자</w:t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소속(부서)</w:t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인수자</w:t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소속(부서)</w:t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인계일</w:t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인계 사유</w:t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담당 업무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69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업무명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인수인계 내용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진행상태</w:t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마감일</w:t>
            </w:r>
          </w:p>
        </w:tc>
      </w:tr>
      <w:tr>
        <w:trPr>
          <w:trHeight w:val="469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미결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69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현재 상태 및 처리 방법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처리 예정일</w:t>
            </w:r>
          </w:p>
        </w:tc>
      </w:tr>
      <w:tr>
        <w:trPr>
          <w:trHeight w:val="469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보관 문서 및 계정 인계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69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문서/계정명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보관 위치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인계 방법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인계 완료</w:t>
            </w:r>
          </w:p>
        </w:tc>
      </w:tr>
      <w:tr>
        <w:trPr>
          <w:trHeight w:val="469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계정 비밀번호나 인증서 등 보안 정보는 본 문서에 직접 기재하지 말고 IT팀의 별도 보안 절차로 전달하십시오.</w:t>
      </w:r>
    </w:p>
    <w:p>
      <w:pPr>
        <w:spacing w:after="11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업무 인수인계 내용을 확인합니다.</w:t>
      </w:r>
    </w:p>
    <w:p>
      <w:pPr>
        <w:spacing w:after="74" w:before="7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인계자 :                                        (서명 또는 인)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인수자 :                                        (서명 또는 인)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입회자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