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반차·시간단위 연차 신청서</w:t>
      </w:r>
    </w:p>
    <w:p>
      <w:pPr>
        <w:spacing w:after="12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소속·직위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사용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날짜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시작 시각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종료 시각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차감 연차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잔여 연차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사유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9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업무 대행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대행자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자리를 비우는 동안 처리할 업무와 급한 연락 시 안내사항을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68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연차휴가 사용을 신청합니다.</w:t>
      </w:r>
    </w:p>
    <w:p>
      <w:pPr>
        <w:spacing w:after="99" w:before="9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9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부서장 확인 :                                        (서명 또는 인)</w:t>
      </w:r>
    </w:p>
    <w:p>
      <w:pPr>
        <w:spacing w:after="0" w:before="7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반차·시간 단위 사용 기준은 회사 취업규칙을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