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성  적     통  지  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학년·반·번호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담임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교과 성적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과목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원점수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과목평균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성취도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석차등급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출결 상황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수업일수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결석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지각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조퇴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결과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창의적 체험활동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3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영역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특기사항</w:t>
            </w:r>
          </w:p>
        </w:tc>
      </w:tr>
      <w:tr>
        <w:trPr>
          <w:trHeight w:val="43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담임 종합 의견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관찰한 사실을 바탕으로 긍정적이고 중립적으로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6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8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학부모 확인(서명)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 통지표의 개인정보는 성적 안내 목적으로만 사용하며, 학교 규정에서 정한 보유기간이 지나면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