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■ 자동차등록규칙 [별지 제14호서식] &lt;개정 2026. 4. 28.&gt;</w:t>
      </w: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자동차365(www.car365.go.kr)에서도 신청할 수 있습니다.</w:t>
      </w:r>
    </w:p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이전등록 신청서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125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※ 뒤쪽의 유의 사항을 참고하시기 바라며, 음영 처리된 칸은 신청인이 적지 않습니다.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※ [ ]에는 해당되는 곳에 √표를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33"/>
        <w:gridCol w:w="1230"/>
        <w:gridCol w:w="804"/>
        <w:gridCol w:w="1657"/>
        <w:gridCol w:w="591"/>
        <w:gridCol w:w="1018"/>
        <w:gridCol w:w="234"/>
        <w:gridCol w:w="616"/>
        <w:gridCol w:w="2478"/>
      </w:tblGrid>
      <w:tr>
        <w:trPr>
          <w:trHeight w:val="378" w:hRule="atLeast"/>
        </w:trPr>
        <w:tc>
          <w:tcPr>
            <w:tcW w:type="dxa" w:w="246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 번호</w:t>
            </w:r>
          </w:p>
        </w:tc>
        <w:tc>
          <w:tcPr>
            <w:tcW w:type="dxa" w:w="246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 일시</w:t>
            </w:r>
          </w:p>
        </w:tc>
        <w:tc>
          <w:tcPr>
            <w:tcW w:type="dxa" w:w="2462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발급 일시</w:t>
            </w:r>
          </w:p>
        </w:tc>
        <w:tc>
          <w:tcPr>
            <w:tcW w:type="dxa" w:w="24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처리 기간 즉시</w:t>
            </w:r>
          </w:p>
        </w:tc>
      </w:tr>
      <w:tr>
        <w:trPr>
          <w:trHeight w:val="40" w:hRule="atLeast"/>
        </w:trPr>
        <w:tc>
          <w:tcPr>
            <w:tcW w:type="dxa" w:w="9865"/>
            <w:gridSpan w:val="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607" w:hRule="atLeast"/>
        </w:trPr>
        <w:tc>
          <w:tcPr>
            <w:tcW w:type="dxa" w:w="123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구 소유자 (양도인)</w:t>
            </w:r>
          </w:p>
        </w:tc>
        <w:tc>
          <w:tcPr>
            <w:tcW w:type="dxa" w:w="5537"/>
            <w:gridSpan w:val="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성명(명칭)</w:t>
            </w:r>
          </w:p>
        </w:tc>
        <w:tc>
          <w:tcPr>
            <w:tcW w:type="dxa" w:w="309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주민등록번호(법인등록번호)</w:t>
            </w:r>
          </w:p>
        </w:tc>
      </w:tr>
      <w:tr>
        <w:trPr>
          <w:trHeight w:val="607" w:hRule="atLeast"/>
        </w:trPr>
        <w:tc>
          <w:tcPr>
            <w:tcW w:type="dxa" w:w="1233"/>
            <w:vMerge/>
          </w:tcPr>
          <w:p/>
        </w:tc>
        <w:tc>
          <w:tcPr>
            <w:tcW w:type="dxa" w:w="8632"/>
            <w:gridSpan w:val="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사용 본거지(차고지)</w:t>
            </w:r>
          </w:p>
        </w:tc>
      </w:tr>
      <w:tr>
        <w:trPr>
          <w:trHeight w:val="40" w:hRule="atLeast"/>
        </w:trPr>
        <w:tc>
          <w:tcPr>
            <w:tcW w:type="dxa" w:w="9865"/>
            <w:gridSpan w:val="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674" w:hRule="atLeast"/>
        </w:trPr>
        <w:tc>
          <w:tcPr>
            <w:tcW w:type="dxa" w:w="123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 소유자 (양수인)</w:t>
            </w:r>
          </w:p>
        </w:tc>
        <w:tc>
          <w:tcPr>
            <w:tcW w:type="dxa" w:w="42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성명(명칭)</w:t>
            </w:r>
          </w:p>
        </w:tc>
        <w:tc>
          <w:tcPr>
            <w:tcW w:type="dxa" w:w="4348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주민등록번호(법인등록번호)</w:t>
            </w:r>
          </w:p>
        </w:tc>
      </w:tr>
      <w:tr>
        <w:trPr>
          <w:trHeight w:val="672" w:hRule="atLeast"/>
        </w:trPr>
        <w:tc>
          <w:tcPr>
            <w:tcW w:type="dxa" w:w="1233"/>
            <w:vMerge/>
          </w:tcPr>
          <w:p/>
        </w:tc>
        <w:tc>
          <w:tcPr>
            <w:tcW w:type="dxa" w:w="8632"/>
            <w:gridSpan w:val="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사용 본거지(차고지)</w:t>
            </w:r>
          </w:p>
        </w:tc>
      </w:tr>
      <w:tr>
        <w:trPr>
          <w:trHeight w:val="674" w:hRule="atLeast"/>
        </w:trPr>
        <w:tc>
          <w:tcPr>
            <w:tcW w:type="dxa" w:w="1233"/>
            <w:vMerge/>
          </w:tcPr>
          <w:p/>
        </w:tc>
        <w:tc>
          <w:tcPr>
            <w:tcW w:type="dxa" w:w="42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전자우편</w:t>
            </w:r>
          </w:p>
        </w:tc>
        <w:tc>
          <w:tcPr>
            <w:tcW w:type="dxa" w:w="4348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(휴대)전화번호 (리콜 통지 시 문자 발송)</w:t>
            </w:r>
          </w:p>
        </w:tc>
      </w:tr>
      <w:tr>
        <w:trPr>
          <w:trHeight w:val="622" w:hRule="atLeast"/>
        </w:trPr>
        <w:tc>
          <w:tcPr>
            <w:tcW w:type="dxa" w:w="3268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자동차등록번호</w:t>
            </w:r>
          </w:p>
        </w:tc>
        <w:tc>
          <w:tcPr>
            <w:tcW w:type="dxa" w:w="3268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주행거리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km</w:t>
            </w:r>
          </w:p>
        </w:tc>
        <w:tc>
          <w:tcPr>
            <w:tcW w:type="dxa" w:w="332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신자동차등록번호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33"/>
        <w:gridCol w:w="8632"/>
      </w:tblGrid>
      <w:tr>
        <w:trPr>
          <w:trHeight w:val="591" w:hRule="atLeast"/>
        </w:trPr>
        <w:tc>
          <w:tcPr>
            <w:tcW w:type="dxa" w:w="123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등록원인</w:t>
            </w:r>
          </w:p>
        </w:tc>
        <w:tc>
          <w:tcPr>
            <w:tcW w:type="dxa" w:w="863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]매매     [ ]증여     [ ]촉탁     [ ]상속     [ ]기타</w:t>
            </w:r>
          </w:p>
        </w:tc>
      </w:tr>
      <w:tr>
        <w:trPr>
          <w:trHeight w:val="2735" w:hRule="atLeast"/>
        </w:trPr>
        <w:tc>
          <w:tcPr>
            <w:tcW w:type="dxa" w:w="986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「자동차관리법」 제12조제1항, 「자동차등록령」 제26조제1항 및 「자동차등록규칙」 제33조제1항에 따라 위와 같이 신청합니다.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신청인 성명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(서명 또는 인)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생년월일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특별시장·광역시장·특별자치시장·도지사·특별자치도지사 또는 시장·군수·구청장 귀하</w:t>
            </w:r>
          </w:p>
        </w:tc>
      </w:tr>
      <w:tr>
        <w:trPr>
          <w:trHeight w:val="390" w:hRule="atLeast"/>
        </w:trPr>
        <w:tc>
          <w:tcPr>
            <w:tcW w:type="dxa" w:w="986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행정정보 공동이용 동의서</w:t>
            </w:r>
          </w:p>
        </w:tc>
      </w:tr>
      <w:tr>
        <w:trPr>
          <w:trHeight w:val="1356" w:hRule="atLeast"/>
        </w:trPr>
        <w:tc>
          <w:tcPr>
            <w:tcW w:type="dxa" w:w="986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본인은 이 건 업무처리와 관련하여 전산정보처리조직 및 「전자정부법」 제36조제1항에 따른 행정정보의 공동이용을 통하여 특별시장·광역시 장·특별자치시장·도지사·특별자치도지사 또는 시장·군수·구청장이 뒤쪽의 확인 사항을 확인하는 것에 동의합니다.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※ 신청인이 특별시장·광역시장·특별자치시장·도지사·특별자치도지사 또는 시장·군수·구청장의 확인에 동의하지 않거나 전산정보처리조직 및 「전자정부법」 제36조제1항에 따른 행정정보의 공동이용을 통하여 확인할 수 없는 경우에는 해당 서류(법인 등기사항증명서는 제외합니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다)를 신청인이 직접 제출해야 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신청인(대표자)            (서명 또는 인)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75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210㎜×297㎜[백상지 또는 중질지 80g/㎡]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41"/>
        <w:gridCol w:w="838"/>
        <w:gridCol w:w="6809"/>
        <w:gridCol w:w="1276"/>
      </w:tblGrid>
      <w:tr>
        <w:trPr>
          <w:trHeight w:val="4909" w:hRule="atLeast"/>
        </w:trPr>
        <w:tc>
          <w:tcPr>
            <w:tcW w:type="dxa" w:w="94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신청인(대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표자)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제출서류</w:t>
            </w:r>
          </w:p>
        </w:tc>
        <w:tc>
          <w:tcPr>
            <w:tcW w:type="dxa" w:w="7647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1. 자동차양도증명서(매매의 경우에만 제출합니다.) 1부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2. 양도인의 인감증명서, 「본인서명사실 확인 등에 관한 법률」 제2조제3호에 따른 본인서명사실확인서 또 는 같은 법 제7조제5항에 따른 전자본인서명확인서의 발급증[매매로 인한 이전등록의 경우에만 첨부하며, 인감증명서의 경우 「인감증명법 시행령」 제13조제3항에 따라 인감증명서의 사용용도란에 자동차 매도 용임과 양수인의 성명ㆍ주소(「자동차관리법」제53조에 따라 등록한 자동차매매업자의 경우 사업장소재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지)ㆍ주민등록번호(법인일 경우 법인명칭ㆍ주소ㆍ법인등록번호)가 기재되어 발급된 것이어야 하고, 본인서 명사실확인서 또는 전자본인서명확인서 발급증의 경우 각각 부동산 관련 외의 용도란 또는 용도란에 자동 차 매도용임과 양수인의 성명ㆍ주소(「자동차관리법」제53조에 따라 등록한 자동차매매업자의 경우 사업 장소재지)ㆍ주민등록번호(법인일 경우 법인명칭ㆍ주소ㆍ법인등록번호)가 기재되어 있는 것이어야 합니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다.]. 다만, 다음 각 목의 어느 하나에 해당하는 경우에는 양도인이 이를 첨부할 필요가 없습니다.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가. 「자동차관리법」 제53조에 따라 등록한 자동차매매업자가 매도한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나. 「자동차관리법」 제60조에 따른 자동차경매장의 개설자가 경매를 실시한 경우로서 경매거래를 증명하 는 서류(자동차등록번호, 양수인, 경락금액, 경매일자 등이 포함되어야 합니다.)의 원본을 제출한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다. 양도자와 양수자가 직접 거래한 경우로서 양도인이 등록 관청에서 직접 자동차의 양도 사실을 확인하는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3. 증여증서(증여의 경우에만 제출합니다.) 1부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4. 매각결정서(「자동차관리법」 제26조제3항에 따라 매각된 경우에만 제출합니다.) 1부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5. 확정판결 등본(판결에 따른 소유권 이전의 경우에만 제출합니다) 1부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6. 대리인이 신청하는 경우에는 위임장 및 위임한 자의 신분을 확인할 수 있는 신분증명서 사본(법인인 경우에 는 법인인감증명서를 말하며, 해당 법인이 제출한 사용인감계를 등록 관청이 대조ㆍ확인할 수 있는 경우에는 제출하지 않아도 됩니다.) 각 1부</w:t>
            </w:r>
          </w:p>
        </w:tc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1800" w:hRule="atLeast"/>
        </w:trPr>
        <w:tc>
          <w:tcPr>
            <w:tcW w:type="dxa" w:w="1779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특별시장ㆍ광역시장ㆍ 특별자치시장ㆍ도지사 ㆍ특별자치도지사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또는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시장ㆍ군수ㆍ구청장 확인사항</w:t>
            </w:r>
          </w:p>
        </w:tc>
        <w:tc>
          <w:tcPr>
            <w:tcW w:type="dxa" w:w="680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1. 가족관계기록사항에 관한 증명서(상속의 경우에만 해당하며, 공증증서 등 상속 사실을 증명할 수 있는 서류로 갈음할 수 있습니다.)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2. 소유자가 개인인 경우에는 주민등록표 초본, 운전면허증 또는 외국인등록사실증명(주민등록증 사본 또는 운전면허증 사본이나 그 밖의 사용 본거지를 알 수 있는 서류로 갈음할 수 있습니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다.)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3. 비사업용 자동차를 등록하는 법인 등의 경우에는 사업자등록증 또는 법인 등기사항증명서(사 업자등록증 사본이나 그 밖의 사용 본거지를 알 수 있는 서류로 갈음할 수 있습니다.)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4. 자동차등록원부</w:t>
            </w:r>
          </w:p>
        </w:tc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수수료</w:t>
      </w: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1,000원. 다만,</w:t>
      </w:r>
    </w:p>
    <w:p>
      <w:pPr>
        <w:spacing w:before="0" w:after="75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사용본거지와</w:t>
      </w:r>
    </w:p>
    <w:p>
      <w:pPr>
        <w:spacing w:before="0" w:after="76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다른 시ㆍ도에</w:t>
      </w:r>
    </w:p>
    <w:p>
      <w:pPr>
        <w:spacing w:before="0" w:after="76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신청하는 경우</w:t>
      </w:r>
    </w:p>
    <w:p>
      <w:pPr>
        <w:spacing w:before="0" w:after="75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에는 1,500원</w:t>
      </w:r>
    </w:p>
    <w:p>
      <w:pPr>
        <w:spacing w:before="0" w:after="76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입니다.</w:t>
      </w:r>
    </w:p>
    <w:p>
      <w:pPr>
        <w:spacing w:before="0" w:after="961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606"/>
        <w:gridCol w:w="8258"/>
      </w:tblGrid>
      <w:tr>
        <w:trPr>
          <w:trHeight w:val="280" w:hRule="atLeast"/>
        </w:trPr>
        <w:tc>
          <w:tcPr>
            <w:tcW w:type="dxa" w:w="1607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「지방세특례제한 법」에 따른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취득세 감면 대상 여부</w:t>
            </w:r>
          </w:p>
        </w:tc>
        <w:tc>
          <w:tcPr>
            <w:tcW w:type="dxa" w:w="82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[ ] 「장애인복지법」에 따른 장애인으로서 장애등급 1급부터 3급까지에 해당하는 사람</w:t>
            </w:r>
          </w:p>
        </w:tc>
      </w:tr>
      <w:tr>
        <w:trPr>
          <w:trHeight w:val="803" w:hRule="atLeast"/>
        </w:trPr>
        <w:tc>
          <w:tcPr>
            <w:tcW w:type="dxa" w:w="1607"/>
            <w:vMerge/>
          </w:tcPr>
          <w:p/>
        </w:tc>
        <w:tc>
          <w:tcPr>
            <w:tcW w:type="dxa" w:w="82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[ ] 「국가유공자 등 예우 및 지원에 관한 법률」에 따른 국가유공자(「보훈보상대상자 지원에 관한 법률」 제2조 제1항 각 호의 어느 하나에 해당하는 보훈보상대상자 및 법률 제11041호 국가유공자 등 예우 및 지원에 관한 법률 일부개정법률 부칙 제19조에 해당하는 사람을 포함합니다)로서 상이등급 1급부터 7급까지의 판정을 받은 사람</w:t>
            </w:r>
          </w:p>
        </w:tc>
      </w:tr>
      <w:tr>
        <w:trPr>
          <w:trHeight w:val="486" w:hRule="atLeast"/>
        </w:trPr>
        <w:tc>
          <w:tcPr>
            <w:tcW w:type="dxa" w:w="1607"/>
            <w:vMerge/>
          </w:tcPr>
          <w:p/>
        </w:tc>
        <w:tc>
          <w:tcPr>
            <w:tcW w:type="dxa" w:w="82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[ ] 「5ㆍ18민주유공자 예우에 관한 법률」에 따라 등록된 5ㆍ18민주화운동부상자로서 신체장애등급 1급부터 14급 까지의 판정을 받은 사람</w:t>
            </w:r>
          </w:p>
        </w:tc>
      </w:tr>
      <w:tr>
        <w:trPr>
          <w:trHeight w:val="484" w:hRule="atLeast"/>
        </w:trPr>
        <w:tc>
          <w:tcPr>
            <w:tcW w:type="dxa" w:w="1607"/>
            <w:vMerge/>
          </w:tcPr>
          <w:p/>
        </w:tc>
        <w:tc>
          <w:tcPr>
            <w:tcW w:type="dxa" w:w="82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[ ] 「고엽제후유의증 등 환자지원 및 단체설립에 관한 법률」에 따른 고엽제후유의증환자로서 경도 장애 이상의 장 애등급 판정을 받은 사람</w:t>
            </w:r>
          </w:p>
        </w:tc>
      </w:tr>
      <w:tr>
        <w:trPr>
          <w:trHeight w:val="234" w:hRule="atLeast"/>
        </w:trPr>
        <w:tc>
          <w:tcPr>
            <w:tcW w:type="dxa" w:w="986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※ 「지방세특례제한법」에 따라 취득세 감면 대상인 경우 해당하는 사항에 √ 표시를 해주시기 바랍니다.</w:t>
            </w:r>
          </w:p>
        </w:tc>
      </w:tr>
      <w:tr>
        <w:trPr>
          <w:trHeight w:val="307" w:hRule="atLeast"/>
        </w:trPr>
        <w:tc>
          <w:tcPr>
            <w:tcW w:type="dxa" w:w="986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유의 사항</w:t>
            </w:r>
          </w:p>
        </w:tc>
      </w:tr>
      <w:tr>
        <w:trPr>
          <w:trHeight w:val="2002" w:hRule="atLeast"/>
        </w:trPr>
        <w:tc>
          <w:tcPr>
            <w:tcW w:type="dxa" w:w="986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1. 등록된 자동차매매업자를 통하여 중고자동차를 매매한 경우에는 자동차매매업자가 이전등록신청을 대행합니다. 다만, 양수인이 직접 이전등록 을 신청하려는 경우에는 그렇지 않습니다.(「자동차관리법」 제12조제2항)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2. 양수인이 이전등록을 신청하지 않는 경우에는 양도인이 이전등록을 신청할 수 있습니다.(「자동차관리법」 제12조제4항)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3. 양수인이 이전등록 기간(매매: 매수한 날부터 15일 이내, 증여: 증여받은 날부터 20일 이내, 상속: 상속 개시일이 속하는 달의 말일부터 6개 월 이내, 기타: 사유가 발생한 날부터 15일 이내) 이내에 이전등록을 신청하지 않을 경우에는 관련 규정에 따라 범칙금을 물게 됩니다.(「자 동차관리법」 제81조제2호, 제85조제1항)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4. (휴대)전화번호와 전자우편(이메일)주소는 귀하의 자동차 관리(리콜 등)에 필요한 사항을 안내하고 도움을 드리려는 목적으로 이용되니 적어 주 시고, 변경되는 경우 관할 등록 관청에 알려 주십시오. 다만, 본인이 원하지 않으면 적지 않아도 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