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■ 인감증명법 시행령 [별지 제9호서식] &lt;개정 2020. 2. 18.&gt;</w:t>
      </w:r>
    </w:p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인감(변경)신고서(서면신고용)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172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※ 뒤쪽의 작성방법을 읽고 작성하시기 바라며, [ ]에는 해당되는 곳에 √표를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3294"/>
        <w:gridCol w:w="4040"/>
        <w:gridCol w:w="2530"/>
      </w:tblGrid>
      <w:tr>
        <w:trPr>
          <w:trHeight w:val="361" w:hRule="atLeast"/>
        </w:trPr>
        <w:tc>
          <w:tcPr>
            <w:tcW w:type="dxa" w:w="329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접수번호</w:t>
            </w:r>
          </w:p>
        </w:tc>
        <w:tc>
          <w:tcPr>
            <w:tcW w:type="dxa" w:w="40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접수일</w:t>
            </w:r>
          </w:p>
        </w:tc>
        <w:tc>
          <w:tcPr>
            <w:tcW w:type="dxa" w:w="253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처리기간 즉시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76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039"/>
        <w:gridCol w:w="4055"/>
        <w:gridCol w:w="2240"/>
        <w:gridCol w:w="751"/>
        <w:gridCol w:w="1779"/>
      </w:tblGrid>
      <w:tr>
        <w:trPr>
          <w:trHeight w:val="616" w:hRule="atLeast"/>
        </w:trPr>
        <w:tc>
          <w:tcPr>
            <w:tcW w:type="dxa" w:w="103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인감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신고인</w:t>
            </w:r>
          </w:p>
        </w:tc>
        <w:tc>
          <w:tcPr>
            <w:tcW w:type="dxa" w:w="40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성명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(한자            )</w:t>
            </w:r>
          </w:p>
        </w:tc>
        <w:tc>
          <w:tcPr>
            <w:tcW w:type="dxa" w:w="22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-</w:t>
            </w:r>
          </w:p>
        </w:tc>
        <w:tc>
          <w:tcPr>
            <w:tcW w:type="dxa" w:w="253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국적(등록기준지)</w:t>
            </w:r>
          </w:p>
        </w:tc>
      </w:tr>
      <w:tr>
        <w:trPr>
          <w:trHeight w:val="446" w:hRule="atLeast"/>
        </w:trPr>
        <w:tc>
          <w:tcPr>
            <w:tcW w:type="dxa" w:w="1039"/>
            <w:vMerge/>
          </w:tcPr>
          <w:p/>
        </w:tc>
        <w:tc>
          <w:tcPr>
            <w:tcW w:type="dxa" w:w="6295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주소</w:t>
            </w:r>
          </w:p>
        </w:tc>
        <w:tc>
          <w:tcPr>
            <w:tcW w:type="dxa" w:w="253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신고 인감</w:t>
            </w:r>
          </w:p>
        </w:tc>
      </w:tr>
      <w:tr>
        <w:trPr>
          <w:trHeight w:val="446" w:hRule="atLeast"/>
        </w:trPr>
        <w:tc>
          <w:tcPr>
            <w:tcW w:type="dxa" w:w="1039"/>
            <w:vMerge/>
          </w:tcPr>
          <w:p/>
        </w:tc>
        <w:tc>
          <w:tcPr>
            <w:tcW w:type="dxa" w:w="6295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서면신고 사유</w:t>
            </w:r>
          </w:p>
        </w:tc>
        <w:tc>
          <w:tcPr>
            <w:tcW w:type="dxa" w:w="75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보존용</w:t>
            </w:r>
          </w:p>
        </w:tc>
        <w:tc>
          <w:tcPr>
            <w:tcW w:type="dxa" w:w="177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인감지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붙임</w:t>
            </w:r>
          </w:p>
        </w:tc>
      </w:tr>
      <w:tr>
        <w:trPr>
          <w:trHeight w:val="444" w:hRule="atLeast"/>
        </w:trPr>
        <w:tc>
          <w:tcPr>
            <w:tcW w:type="dxa" w:w="1039"/>
            <w:vMerge/>
          </w:tcPr>
          <w:p/>
        </w:tc>
        <w:tc>
          <w:tcPr>
            <w:tcW w:type="dxa" w:w="6295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증명자료(첨부)</w:t>
            </w:r>
          </w:p>
        </w:tc>
        <w:tc>
          <w:tcPr>
            <w:tcW w:type="dxa" w:w="752"/>
            <w:vMerge/>
          </w:tcPr>
          <w:p/>
        </w:tc>
        <w:tc>
          <w:tcPr>
            <w:tcW w:type="dxa" w:w="1779"/>
            <w:vMerge/>
          </w:tcPr>
          <w:p/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78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039"/>
        <w:gridCol w:w="6295"/>
        <w:gridCol w:w="2530"/>
      </w:tblGrid>
      <w:tr>
        <w:trPr>
          <w:trHeight w:val="459" w:hRule="atLeast"/>
        </w:trPr>
        <w:tc>
          <w:tcPr>
            <w:tcW w:type="dxa" w:w="103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보증인</w:t>
            </w:r>
          </w:p>
        </w:tc>
        <w:tc>
          <w:tcPr>
            <w:tcW w:type="dxa" w:w="629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성명</w:t>
            </w:r>
          </w:p>
        </w:tc>
        <w:tc>
          <w:tcPr>
            <w:tcW w:type="dxa" w:w="2531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인감 ㊞ 또는 서명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※서명 시 본인서명사실확인서 첨부</w:t>
            </w:r>
          </w:p>
        </w:tc>
      </w:tr>
      <w:tr>
        <w:trPr>
          <w:trHeight w:val="461" w:hRule="atLeast"/>
        </w:trPr>
        <w:tc>
          <w:tcPr>
            <w:tcW w:type="dxa" w:w="1039"/>
            <w:vMerge/>
          </w:tcPr>
          <w:p/>
        </w:tc>
        <w:tc>
          <w:tcPr>
            <w:tcW w:type="dxa" w:w="629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</w:t>
            </w:r>
          </w:p>
        </w:tc>
        <w:tc>
          <w:tcPr>
            <w:tcW w:type="dxa" w:w="2531"/>
            <w:vMerge/>
          </w:tcPr>
          <w:p/>
        </w:tc>
      </w:tr>
      <w:tr>
        <w:trPr>
          <w:trHeight w:val="461" w:hRule="atLeast"/>
        </w:trPr>
        <w:tc>
          <w:tcPr>
            <w:tcW w:type="dxa" w:w="1039"/>
            <w:vMerge/>
          </w:tcPr>
          <w:p/>
        </w:tc>
        <w:tc>
          <w:tcPr>
            <w:tcW w:type="dxa" w:w="629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신고인과의 관계</w:t>
            </w:r>
          </w:p>
        </w:tc>
        <w:tc>
          <w:tcPr>
            <w:tcW w:type="dxa" w:w="2531"/>
            <w:vMerge/>
          </w:tcPr>
          <w:p/>
        </w:tc>
      </w:tr>
      <w:tr>
        <w:trPr>
          <w:trHeight w:val="467" w:hRule="atLeast"/>
        </w:trPr>
        <w:tc>
          <w:tcPr>
            <w:tcW w:type="dxa" w:w="1039"/>
            <w:vMerge/>
          </w:tcPr>
          <w:p/>
        </w:tc>
        <w:tc>
          <w:tcPr>
            <w:tcW w:type="dxa" w:w="8826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주소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76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039"/>
        <w:gridCol w:w="4055"/>
        <w:gridCol w:w="2240"/>
        <w:gridCol w:w="2530"/>
      </w:tblGrid>
      <w:tr>
        <w:trPr>
          <w:trHeight w:val="476" w:hRule="atLeast"/>
        </w:trPr>
        <w:tc>
          <w:tcPr>
            <w:tcW w:type="dxa" w:w="103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미성년자의 법정대리인, 한정후견인 또는 성년 후견인 동 의</w:t>
            </w:r>
          </w:p>
        </w:tc>
        <w:tc>
          <w:tcPr>
            <w:tcW w:type="dxa" w:w="40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성명</w:t>
            </w:r>
          </w:p>
        </w:tc>
        <w:tc>
          <w:tcPr>
            <w:tcW w:type="dxa" w:w="224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신고인과의 관계</w:t>
            </w:r>
          </w:p>
        </w:tc>
        <w:tc>
          <w:tcPr>
            <w:tcW w:type="dxa" w:w="2531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인감 ㊞ 또는 서명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※서명 시 본인서명사실확인서 첨부</w:t>
            </w:r>
          </w:p>
        </w:tc>
      </w:tr>
      <w:tr>
        <w:trPr>
          <w:trHeight w:val="476" w:hRule="atLeast"/>
        </w:trPr>
        <w:tc>
          <w:tcPr>
            <w:tcW w:type="dxa" w:w="1039"/>
            <w:vMerge/>
          </w:tcPr>
          <w:p/>
        </w:tc>
        <w:tc>
          <w:tcPr>
            <w:tcW w:type="dxa" w:w="40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생년월일</w:t>
            </w:r>
          </w:p>
        </w:tc>
        <w:tc>
          <w:tcPr>
            <w:tcW w:type="dxa" w:w="2240"/>
            <w:vMerge/>
          </w:tcPr>
          <w:p/>
        </w:tc>
        <w:tc>
          <w:tcPr>
            <w:tcW w:type="dxa" w:w="2531"/>
            <w:vMerge/>
          </w:tcPr>
          <w:p/>
        </w:tc>
      </w:tr>
      <w:tr>
        <w:trPr>
          <w:trHeight w:val="453" w:hRule="atLeast"/>
        </w:trPr>
        <w:tc>
          <w:tcPr>
            <w:tcW w:type="dxa" w:w="1039"/>
            <w:vMerge/>
          </w:tcPr>
          <w:p/>
        </w:tc>
        <w:tc>
          <w:tcPr>
            <w:tcW w:type="dxa" w:w="882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주소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78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8654"/>
        <w:gridCol w:w="601"/>
        <w:gridCol w:w="609"/>
      </w:tblGrid>
      <w:tr>
        <w:trPr>
          <w:trHeight w:val="1602" w:hRule="atLeast"/>
        </w:trPr>
        <w:tc>
          <w:tcPr>
            <w:tcW w:type="dxa" w:w="986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[ ] 서면신고(변경)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위 신고인의 인감            사실을 확인합니다.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[ ] 미성년자의 법정대리인ㆍ한정후견인ㆍ성년후견인 동의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 월   일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[ ] 재외공관(영사관)            (서명 또는 인)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[ ] 수감기관(교도관)         (직인),       (서명 또는 인)</w:t>
            </w:r>
          </w:p>
        </w:tc>
      </w:tr>
      <w:tr>
        <w:trPr>
          <w:trHeight w:val="361" w:hRule="atLeast"/>
        </w:trPr>
        <w:tc>
          <w:tcPr>
            <w:tcW w:type="dxa" w:w="8653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21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수수료</w:t>
            </w:r>
          </w:p>
        </w:tc>
      </w:tr>
      <w:tr>
        <w:trPr>
          <w:trHeight w:val="361" w:hRule="atLeast"/>
        </w:trPr>
        <w:tc>
          <w:tcPr>
            <w:tcW w:type="dxa" w:w="8653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60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신고</w:t>
            </w:r>
          </w:p>
        </w:tc>
        <w:tc>
          <w:tcPr>
            <w:tcW w:type="dxa" w:w="6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없음</w:t>
            </w:r>
          </w:p>
        </w:tc>
      </w:tr>
      <w:tr>
        <w:trPr>
          <w:trHeight w:val="386" w:hRule="atLeast"/>
        </w:trPr>
        <w:tc>
          <w:tcPr>
            <w:tcW w:type="dxa" w:w="8653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60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변경</w:t>
            </w:r>
          </w:p>
        </w:tc>
        <w:tc>
          <w:tcPr>
            <w:tcW w:type="dxa" w:w="61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600원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「인감증명법」 제3조ㆍ제7조ㆍ제13조 및 「인감증명법 시행령」 제8조제2항부터 제4항까지의 규정에 따라 위와 같이 보증인(미성년자의 법정대리인, 한정후견인 또는 성년후견인)과 연서하 여 서면신고합니다.</w:t>
      </w:r>
    </w:p>
    <w:p>
      <w:pPr>
        <w:spacing w:before="0" w:after="142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4"/>
        </w:rPr>
        <w:t>년    월    일</w:t>
      </w:r>
    </w:p>
    <w:p>
      <w:pPr>
        <w:spacing w:before="0" w:after="203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인감신고인:            (서명 또는 인)</w:t>
      </w:r>
    </w:p>
    <w:p>
      <w:pPr>
        <w:spacing w:before="0" w:after="128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대리인:            (서명 또는 인)</w:t>
      </w:r>
    </w:p>
    <w:p>
      <w:pPr>
        <w:spacing w:before="0" w:after="128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주민등록번호:</w:t>
      </w:r>
    </w:p>
    <w:p>
      <w:pPr>
        <w:spacing w:before="0" w:after="128" w:line="20" w:lineRule="exact"/>
        <w:rPr>
          <w:sz w:val="2"/>
        </w:rPr>
      </w:pPr>
    </w:p>
    <w:p>
      <w:pPr>
        <w:spacing w:after="0" w:before="0" w:line="240" w:lineRule="auto"/>
        <w:jc w:val="center"/>
      </w:pPr>
      <w:r>
        <w:rPr>
          <w:rFonts w:ascii="Malgun Gothic" w:hAnsi="Malgun Gothic" w:eastAsia="Malgun Gothic" w:cs="Malgun Gothic"/>
          <w:b w:val="0"/>
          <w:sz w:val="16"/>
        </w:rPr>
        <w:t>주소:</w:t>
      </w:r>
    </w:p>
    <w:p>
      <w:pPr>
        <w:spacing w:before="0" w:after="353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○ ○ 시 ㆍ 구 ㆍ 읍 ㆍ 면 ㆍ 동 장 또 는 출 장 소 장 귀 하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40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유의사항 및 작성방법</w:t>
            </w:r>
          </w:p>
        </w:tc>
      </w:tr>
      <w:tr>
        <w:trPr>
          <w:trHeight w:val="562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1. 이 서식은 인감을 처음 신고하거나 이미 신고한 사람이 증명청을 직접 방문할 수 없는 경우에 본인이 증명청을 방문하지 않고 서면으로 인감신고 또는 인감변경신고를 할 때 사용합니다.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2. 보증인은 인감이 신고된 성년자여야 하며, 신고인의 진의(眞意)를 확인하고 보증해야 합니다. 보증인이 날인한 인감은 반 드시 신고된 것이어야 하며, 증명청은 전산정보처리조직을 통하여 인감의 확인이 어려울 경우 보증인 인감의 제출을 요구할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3. 서면신고를 위하여 증명청을 방문하는 대리인은 보증인과 다른 사람이어야 하며, 대리인 본인의 신분증을 제시하여야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4. 인감신고의 경우는 신고 인감의 보존용란에 인감을 찍고, "인감지 1장"을 첨부하여야 합니다. 다만, 인감도장을 동봉한 때에는 인감지의 첨부를 생략할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5. 관계 공무원은 인감대장의 인감란에 인감지를 첨부한 후 인감대장과 인감지가 겹치는 부분에 직인으로 간인(間印)하여야 합니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6. 미주민등록 재외국민의 경우에는 신고인의 국적란에 등록기준지를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7. 서면신고 사유란에는 신고인이 방문할 수 없는 사유를 적고, 그 사실을 증명할 수 있는 서류를 함께 제출해야 합니다. 이 경우 제출하는 서류의 유효기간은 그 사유 확인일부터 3개월(재외공관의 확인은 확인일부터 6개월)까지 입니다.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8. 주민등록번호란에 미주민등록 재외국민은 여권번호를, 외국인은 외국인등록번호를, 국내거소신고자는 국내거소신고번호를 적고, 주민등록번호가 있는 경우에는 그 아래의 여백에 ( )를 하여 주민등록번호를 괄호 안에 함께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9. 서면신고 또는 미성년자의 법정대리인ㆍ한정후견인ㆍ성년후견인 동의에 대하여 해당사항란에 [√]표시를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10. 재외국민, 해외거주(체류)자, 수감자가 위임하여 신고하는 경우에는 다음 구분에 따라 해당 기관의 확인을 받아 제출해야 합 니다. 이 경우 재외국민은 해외에 체류하는 경우로 한정합니다.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가. 재외국민, 해외거주(체류)자: 재외공관(영사관)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나. 수감자: 수감기관(교도관)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317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36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처리 절차</w:t>
            </w:r>
          </w:p>
        </w:tc>
      </w:tr>
      <w:tr>
        <w:trPr>
          <w:trHeight w:val="256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이 신고서는 아래와 같이 처리됩니다.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서면신고의 경우 보증인 1명(미성년자, 피한정후견인 또는 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신고인            성년후견인의 경우에는 미성년자의 법정대리인, 한정후견인 또는 성년후견인의 동의서 추가), 서면신고 사유 증명서류 첨부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▲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인감(변경)신고      신고수리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▼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대조ㆍ확인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▶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인감신고기관            인감대장 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인감(변경)신고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