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■ 전자상거래 등에서의 소비자보호에 관한 법률 시행규칙 [별지 제5호서식] &lt;개정 2026. 7. 20.&gt;</w:t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통신판매업 [ ]폐업 신고서 [ ]휴업 [ ]영업재개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239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873"/>
        <w:gridCol w:w="5393"/>
        <w:gridCol w:w="2599"/>
      </w:tblGrid>
      <w:tr>
        <w:trPr>
          <w:trHeight w:val="437" w:hRule="atLeast"/>
        </w:trPr>
        <w:tc>
          <w:tcPr>
            <w:tcW w:type="dxa" w:w="18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접수번호</w:t>
            </w:r>
          </w:p>
        </w:tc>
        <w:tc>
          <w:tcPr>
            <w:tcW w:type="dxa" w:w="53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접수일</w:t>
            </w:r>
          </w:p>
        </w:tc>
        <w:tc>
          <w:tcPr>
            <w:tcW w:type="dxa" w:w="25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처리기간 3일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09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891"/>
        <w:gridCol w:w="4797"/>
        <w:gridCol w:w="4176"/>
      </w:tblGrid>
      <w:tr>
        <w:trPr>
          <w:trHeight w:val="589" w:hRule="atLeast"/>
        </w:trPr>
        <w:tc>
          <w:tcPr>
            <w:tcW w:type="dxa" w:w="89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신고인</w:t>
            </w:r>
          </w:p>
        </w:tc>
        <w:tc>
          <w:tcPr>
            <w:tcW w:type="dxa" w:w="479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상호</w:t>
            </w:r>
          </w:p>
        </w:tc>
        <w:tc>
          <w:tcPr>
            <w:tcW w:type="dxa" w:w="41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신고번호</w:t>
            </w:r>
          </w:p>
        </w:tc>
      </w:tr>
      <w:tr>
        <w:trPr>
          <w:trHeight w:val="586" w:hRule="atLeast"/>
        </w:trPr>
        <w:tc>
          <w:tcPr>
            <w:tcW w:type="dxa" w:w="891"/>
            <w:vMerge/>
          </w:tcPr>
          <w:p/>
        </w:tc>
        <w:tc>
          <w:tcPr>
            <w:tcW w:type="dxa" w:w="479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소재지</w:t>
            </w:r>
          </w:p>
        </w:tc>
        <w:tc>
          <w:tcPr>
            <w:tcW w:type="dxa" w:w="41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전화번호</w:t>
            </w:r>
          </w:p>
        </w:tc>
      </w:tr>
      <w:tr>
        <w:trPr>
          <w:trHeight w:val="633" w:hRule="atLeast"/>
        </w:trPr>
        <w:tc>
          <w:tcPr>
            <w:tcW w:type="dxa" w:w="891"/>
            <w:vMerge/>
          </w:tcPr>
          <w:p/>
        </w:tc>
        <w:tc>
          <w:tcPr>
            <w:tcW w:type="dxa" w:w="479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대표자의 성명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(서명 또는 인)</w:t>
            </w:r>
          </w:p>
        </w:tc>
        <w:tc>
          <w:tcPr>
            <w:tcW w:type="dxa" w:w="41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생년월일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2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891"/>
        <w:gridCol w:w="1120"/>
        <w:gridCol w:w="3677"/>
        <w:gridCol w:w="4176"/>
      </w:tblGrid>
      <w:tr>
        <w:trPr>
          <w:trHeight w:val="504" w:hRule="atLeast"/>
        </w:trPr>
        <w:tc>
          <w:tcPr>
            <w:tcW w:type="dxa" w:w="89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신고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항목</w:t>
            </w:r>
          </w:p>
        </w:tc>
        <w:tc>
          <w:tcPr>
            <w:tcW w:type="dxa" w:w="11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기간</w:t>
            </w:r>
          </w:p>
        </w:tc>
        <w:tc>
          <w:tcPr>
            <w:tcW w:type="dxa" w:w="3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년  월  일부터</w:t>
            </w:r>
          </w:p>
        </w:tc>
        <w:tc>
          <w:tcPr>
            <w:tcW w:type="dxa" w:w="41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년  월  일까지</w:t>
            </w:r>
          </w:p>
        </w:tc>
      </w:tr>
      <w:tr>
        <w:trPr>
          <w:trHeight w:val="557" w:hRule="atLeast"/>
        </w:trPr>
        <w:tc>
          <w:tcPr>
            <w:tcW w:type="dxa" w:w="891"/>
            <w:vMerge/>
          </w:tcPr>
          <w:p/>
        </w:tc>
        <w:tc>
          <w:tcPr>
            <w:tcW w:type="dxa" w:w="11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휴업</w:t>
            </w:r>
          </w:p>
        </w:tc>
        <w:tc>
          <w:tcPr>
            <w:tcW w:type="dxa" w:w="3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41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</w:tr>
      <w:tr>
        <w:trPr>
          <w:trHeight w:val="559" w:hRule="atLeast"/>
        </w:trPr>
        <w:tc>
          <w:tcPr>
            <w:tcW w:type="dxa" w:w="891"/>
            <w:vMerge/>
          </w:tcPr>
          <w:p/>
        </w:tc>
        <w:tc>
          <w:tcPr>
            <w:tcW w:type="dxa" w:w="11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폐업</w:t>
            </w:r>
          </w:p>
        </w:tc>
        <w:tc>
          <w:tcPr>
            <w:tcW w:type="dxa" w:w="3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41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</w:tr>
      <w:tr>
        <w:trPr>
          <w:trHeight w:val="557" w:hRule="atLeast"/>
        </w:trPr>
        <w:tc>
          <w:tcPr>
            <w:tcW w:type="dxa" w:w="891"/>
            <w:vMerge/>
          </w:tcPr>
          <w:p/>
        </w:tc>
        <w:tc>
          <w:tcPr>
            <w:tcW w:type="dxa" w:w="11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영업재개</w:t>
            </w:r>
          </w:p>
        </w:tc>
        <w:tc>
          <w:tcPr>
            <w:tcW w:type="dxa" w:w="3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41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4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891"/>
        <w:gridCol w:w="1120"/>
        <w:gridCol w:w="7853"/>
      </w:tblGrid>
      <w:tr>
        <w:trPr>
          <w:trHeight w:val="918" w:hRule="atLeast"/>
        </w:trPr>
        <w:tc>
          <w:tcPr>
            <w:tcW w:type="dxa" w:w="8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신고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사유</w:t>
            </w:r>
          </w:p>
        </w:tc>
        <w:tc>
          <w:tcPr>
            <w:tcW w:type="dxa" w:w="8973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</w:tr>
      <w:tr>
        <w:trPr>
          <w:trHeight w:val="921" w:hRule="atLeast"/>
        </w:trPr>
        <w:tc>
          <w:tcPr>
            <w:tcW w:type="dxa" w:w="201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신고증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분실ㆍ훼손 사유</w:t>
            </w:r>
          </w:p>
        </w:tc>
        <w:tc>
          <w:tcPr>
            <w:tcW w:type="dxa" w:w="78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신고증을 분실하거나 신고증이 훼손되어 첨부할 수 없는 경우에만 적습니다.</w:t>
            </w:r>
          </w:p>
        </w:tc>
      </w:tr>
      <w:tr>
        <w:trPr>
          <w:trHeight w:val="2613" w:hRule="atLeast"/>
        </w:trPr>
        <w:tc>
          <w:tcPr>
            <w:tcW w:type="dxa" w:w="986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「전자상거래 등에서의 소비자보호에 관한 법률」 제12조제3항, 같은 법 시행령 제17조 및 같은 법 시행규칙 제10조에 따라 위와 같이 ([ ]휴업 [ ]폐업 [ ]영업재개)를 신고합니다. 년  월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신고인            (서명 또는 인)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※ 위 신고인 대표자와 동일인이 아닌 경우에만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공정거래위원회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귀하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특별자치시장ㆍ특별자치도지사ㆍ시장ㆍ군수ㆍ구청장</w:t>
            </w:r>
          </w:p>
        </w:tc>
      </w:tr>
      <w:tr>
        <w:trPr>
          <w:trHeight w:val="1579" w:hRule="atLeast"/>
        </w:trPr>
        <w:tc>
          <w:tcPr>
            <w:tcW w:type="dxa" w:w="986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통신판매업 신고증 원본(폐업을 신고할 때만 제출하며, 신고증을 분실하거나 신고증이 훼손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되어 첨부할 수 없는 경우에는 제출하지 않습니다)            수수료 첨부서류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폐업신고의 경우에 「부가가치세법」 제8조제6항에 따른 폐업신고를 같이 하려면 같은 법   없음 시행규칙 별지 제9호서식의 폐업신고서를 함께 제출해야 합니다.</w:t>
            </w:r>
          </w:p>
        </w:tc>
      </w:tr>
      <w:tr>
        <w:trPr>
          <w:trHeight w:val="435" w:hRule="atLeast"/>
        </w:trPr>
        <w:tc>
          <w:tcPr>
            <w:tcW w:type="dxa" w:w="986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처리절차</w:t>
            </w:r>
          </w:p>
        </w:tc>
      </w:tr>
      <w:tr>
        <w:trPr>
          <w:trHeight w:val="1218" w:hRule="atLeast"/>
        </w:trPr>
        <w:tc>
          <w:tcPr>
            <w:tcW w:type="dxa" w:w="986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신고서 작성    →      접수      →      검토      →     신고 수리 신고인            처리기관: 공정거래위원회 또는 특별자치시ㆍ특별자치도ㆍ시ㆍ군ㆍ구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