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■ 국가를 당사자로 하는 계약에 관한 법률 시행규칙 [별지 제3호서식] &lt;개정 2016. 9. 23.&gt;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676"/>
        <w:gridCol w:w="2574"/>
        <w:gridCol w:w="2073"/>
        <w:gridCol w:w="1761"/>
        <w:gridCol w:w="995"/>
        <w:gridCol w:w="1785"/>
      </w:tblGrid>
      <w:tr>
        <w:trPr>
          <w:trHeight w:val="451" w:hRule="atLeast"/>
        </w:trPr>
        <w:tc>
          <w:tcPr>
            <w:tcW w:type="dxa" w:w="8079"/>
            <w:gridSpan w:val="5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입찰참가신청서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※ 아래 사항 중 해당되는 경우에만 기재하시기 바랍니다.</w:t>
            </w:r>
          </w:p>
        </w:tc>
        <w:tc>
          <w:tcPr>
            <w:tcW w:type="dxa" w:w="17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처리기간</w:t>
            </w:r>
          </w:p>
        </w:tc>
      </w:tr>
      <w:tr>
        <w:trPr>
          <w:trHeight w:val="831" w:hRule="atLeast"/>
        </w:trPr>
        <w:tc>
          <w:tcPr>
            <w:tcW w:type="dxa" w:w="8079"/>
            <w:gridSpan w:val="5"/>
            <w:vMerge/>
          </w:tcPr>
          <w:p/>
        </w:tc>
        <w:tc>
          <w:tcPr>
            <w:tcW w:type="dxa" w:w="17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즉 시</w:t>
            </w:r>
          </w:p>
        </w:tc>
      </w:tr>
      <w:tr>
        <w:trPr>
          <w:trHeight w:val="387" w:hRule="atLeast"/>
        </w:trPr>
        <w:tc>
          <w:tcPr>
            <w:tcW w:type="dxa" w:w="6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신청인</w:t>
            </w:r>
          </w:p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상호또는법인명칭</w:t>
            </w:r>
          </w:p>
        </w:tc>
        <w:tc>
          <w:tcPr>
            <w:tcW w:type="dxa" w:w="20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  <w:tc>
          <w:tcPr>
            <w:tcW w:type="dxa" w:w="176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법인등록번호</w:t>
            </w:r>
          </w:p>
        </w:tc>
        <w:tc>
          <w:tcPr>
            <w:tcW w:type="dxa" w:w="278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</w:tr>
      <w:tr>
        <w:trPr>
          <w:trHeight w:val="387" w:hRule="atLeast"/>
        </w:trPr>
        <w:tc>
          <w:tcPr>
            <w:tcW w:type="dxa" w:w="676"/>
            <w:vMerge/>
          </w:tcPr>
          <w:p/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주 소</w:t>
            </w:r>
          </w:p>
        </w:tc>
        <w:tc>
          <w:tcPr>
            <w:tcW w:type="dxa" w:w="20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  <w:tc>
          <w:tcPr>
            <w:tcW w:type="dxa" w:w="176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전 화 번 호</w:t>
            </w:r>
          </w:p>
        </w:tc>
        <w:tc>
          <w:tcPr>
            <w:tcW w:type="dxa" w:w="278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</w:tr>
      <w:tr>
        <w:trPr>
          <w:trHeight w:val="451" w:hRule="atLeast"/>
        </w:trPr>
        <w:tc>
          <w:tcPr>
            <w:tcW w:type="dxa" w:w="676"/>
            <w:vMerge/>
          </w:tcPr>
          <w:p/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대 표 자</w:t>
            </w:r>
          </w:p>
        </w:tc>
        <w:tc>
          <w:tcPr>
            <w:tcW w:type="dxa" w:w="20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  <w:tc>
          <w:tcPr>
            <w:tcW w:type="dxa" w:w="176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주민등록번호</w:t>
            </w:r>
          </w:p>
        </w:tc>
        <w:tc>
          <w:tcPr>
            <w:tcW w:type="dxa" w:w="278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</w:tr>
      <w:tr>
        <w:trPr>
          <w:trHeight w:val="387" w:hRule="atLeast"/>
        </w:trPr>
        <w:tc>
          <w:tcPr>
            <w:tcW w:type="dxa" w:w="6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입찰 개요</w:t>
            </w:r>
          </w:p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입찰공고(지명)번호</w:t>
            </w:r>
          </w:p>
        </w:tc>
        <w:tc>
          <w:tcPr>
            <w:tcW w:type="dxa" w:w="20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제   호</w:t>
            </w:r>
          </w:p>
        </w:tc>
        <w:tc>
          <w:tcPr>
            <w:tcW w:type="dxa" w:w="176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입 찰 일 자</w:t>
            </w:r>
          </w:p>
        </w:tc>
        <w:tc>
          <w:tcPr>
            <w:tcW w:type="dxa" w:w="278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.  .  .</w:t>
            </w:r>
          </w:p>
        </w:tc>
      </w:tr>
      <w:tr>
        <w:trPr>
          <w:trHeight w:val="422" w:hRule="atLeast"/>
        </w:trPr>
        <w:tc>
          <w:tcPr>
            <w:tcW w:type="dxa" w:w="676"/>
            <w:vMerge/>
          </w:tcPr>
          <w:p/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입 찰 건 명</w:t>
            </w:r>
          </w:p>
        </w:tc>
        <w:tc>
          <w:tcPr>
            <w:tcW w:type="dxa" w:w="661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</w:r>
          </w:p>
        </w:tc>
      </w:tr>
      <w:tr>
        <w:trPr>
          <w:trHeight w:val="1232" w:hRule="atLeast"/>
        </w:trPr>
        <w:tc>
          <w:tcPr>
            <w:tcW w:type="dxa" w:w="6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입찰보증금</w:t>
            </w:r>
          </w:p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납 부</w:t>
            </w:r>
          </w:p>
        </w:tc>
        <w:tc>
          <w:tcPr>
            <w:tcW w:type="dxa" w:w="661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·보증금율 :        %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·보증액 : 금        원정(￦      ) ·보증금납부방법 :</w:t>
            </w:r>
          </w:p>
        </w:tc>
      </w:tr>
      <w:tr>
        <w:trPr>
          <w:trHeight w:val="1655" w:hRule="atLeast"/>
        </w:trPr>
        <w:tc>
          <w:tcPr>
            <w:tcW w:type="dxa" w:w="676"/>
            <w:vMerge/>
          </w:tcPr>
          <w:p/>
        </w:tc>
        <w:tc>
          <w:tcPr>
            <w:tcW w:type="dxa" w:w="25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납 부 면 제 및 지 급 확 약</w:t>
            </w:r>
          </w:p>
        </w:tc>
        <w:tc>
          <w:tcPr>
            <w:tcW w:type="dxa" w:w="661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·사유 :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·본인은 낙찰 후 계약미체결시 귀부(처·청)에 낙찰금 액에 해당하는 소정의 입찰보증금을 현금으로 납부 할 것을 확약합니다.</w:t>
            </w:r>
          </w:p>
        </w:tc>
      </w:tr>
      <w:tr>
        <w:trPr>
          <w:trHeight w:val="1655" w:hRule="atLeast"/>
        </w:trPr>
        <w:tc>
          <w:tcPr>
            <w:tcW w:type="dxa" w:w="6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대리 인 · 사용 인감</w:t>
            </w:r>
          </w:p>
        </w:tc>
        <w:tc>
          <w:tcPr>
            <w:tcW w:type="dxa" w:w="4647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본 입찰에 관한 일체의 권한을 다 음의 자에게 위임합니다.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성명     주민등록번호</w:t>
            </w:r>
          </w:p>
        </w:tc>
        <w:tc>
          <w:tcPr>
            <w:tcW w:type="dxa" w:w="454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본 입찰에 사용할 인감을 다음과 같이 신고합니다.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사용인감     (인)</w:t>
            </w:r>
          </w:p>
        </w:tc>
      </w:tr>
      <w:tr>
        <w:trPr>
          <w:trHeight w:val="5220" w:hRule="atLeast"/>
        </w:trPr>
        <w:tc>
          <w:tcPr>
            <w:tcW w:type="dxa" w:w="9864"/>
            <w:gridSpan w:val="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본인은 위의 번호로 공고(지명통지)한 귀부(처·청)의 일반(제한·지명)경쟁입 찰에 참가하고자 정부에서 정한 공사[물품구매(제조)ㆍ용역]입찰유의서 및 입 찰공고사항을 모두 승낙하고 별첨서류를 첨부하여 입찰참가신청을 합니다. 붙임서류:1. 입찰참가자격을 증명하는 서류 사본 1통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2. 인감증명서 또는 본인서명사실확인서 1통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3. 그 밖에 공고로서 정한 서류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.   .   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신청인        (인)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귀하</w:t>
            </w:r>
          </w:p>
        </w:tc>
      </w:tr>
      <w:tr>
        <w:trPr>
          <w:trHeight w:val="810" w:hRule="atLeast"/>
        </w:trPr>
        <w:tc>
          <w:tcPr>
            <w:tcW w:type="dxa" w:w="9864"/>
            <w:gridSpan w:val="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세입세출외현금출납공무원 성명 :            ㊞ 유 가 증 권 취 급 공 무 원 성명 :            ㊞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