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■ 국가를 당사자로 하는 계약에 관한 법률 시행규칙 [별지 제5호서식] &lt;개정 2016. 9. 23.&gt;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676"/>
        <w:gridCol w:w="2574"/>
        <w:gridCol w:w="2073"/>
        <w:gridCol w:w="1761"/>
        <w:gridCol w:w="2780"/>
      </w:tblGrid>
      <w:tr>
        <w:trPr>
          <w:trHeight w:val="1731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 찰 서</w:t>
            </w:r>
          </w:p>
        </w:tc>
      </w:tr>
      <w:tr>
        <w:trPr>
          <w:trHeight w:val="886" w:hRule="atLeast"/>
        </w:trPr>
        <w:tc>
          <w:tcPr>
            <w:tcW w:type="dxa" w:w="6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입찰내용</w:t>
            </w:r>
          </w:p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공고번호</w:t>
            </w:r>
          </w:p>
        </w:tc>
        <w:tc>
          <w:tcPr>
            <w:tcW w:type="dxa" w:w="20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제  호</w:t>
            </w:r>
          </w:p>
        </w:tc>
        <w:tc>
          <w:tcPr>
            <w:tcW w:type="dxa" w:w="176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 찰 일 자</w:t>
            </w:r>
          </w:p>
        </w:tc>
        <w:tc>
          <w:tcPr>
            <w:tcW w:type="dxa" w:w="27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.  .  .</w:t>
            </w:r>
          </w:p>
        </w:tc>
      </w:tr>
      <w:tr>
        <w:trPr>
          <w:trHeight w:val="883" w:hRule="atLeast"/>
        </w:trPr>
        <w:tc>
          <w:tcPr>
            <w:tcW w:type="dxa" w:w="676"/>
            <w:vMerge/>
          </w:tcPr>
          <w:p/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건 명</w:t>
            </w:r>
          </w:p>
        </w:tc>
        <w:tc>
          <w:tcPr>
            <w:tcW w:type="dxa" w:w="661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</w:tr>
      <w:tr>
        <w:trPr>
          <w:trHeight w:val="950" w:hRule="atLeast"/>
        </w:trPr>
        <w:tc>
          <w:tcPr>
            <w:tcW w:type="dxa" w:w="676"/>
            <w:vMerge/>
          </w:tcPr>
          <w:p/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금 액</w:t>
            </w:r>
          </w:p>
        </w:tc>
        <w:tc>
          <w:tcPr>
            <w:tcW w:type="dxa" w:w="661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금      원정(￦      )</w:t>
            </w:r>
          </w:p>
        </w:tc>
      </w:tr>
      <w:tr>
        <w:trPr>
          <w:trHeight w:val="886" w:hRule="atLeast"/>
        </w:trPr>
        <w:tc>
          <w:tcPr>
            <w:tcW w:type="dxa" w:w="676"/>
            <w:vMerge/>
          </w:tcPr>
          <w:p/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준공(납품)연월일</w:t>
            </w:r>
          </w:p>
        </w:tc>
        <w:tc>
          <w:tcPr>
            <w:tcW w:type="dxa" w:w="661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</w:tr>
      <w:tr>
        <w:trPr>
          <w:trHeight w:val="886" w:hRule="atLeast"/>
        </w:trPr>
        <w:tc>
          <w:tcPr>
            <w:tcW w:type="dxa" w:w="6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입찰자</w:t>
            </w:r>
          </w:p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상호 또는 법인명칭</w:t>
            </w:r>
          </w:p>
        </w:tc>
        <w:tc>
          <w:tcPr>
            <w:tcW w:type="dxa" w:w="20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  <w:tc>
          <w:tcPr>
            <w:tcW w:type="dxa" w:w="176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법인등록번호</w:t>
            </w:r>
          </w:p>
        </w:tc>
        <w:tc>
          <w:tcPr>
            <w:tcW w:type="dxa" w:w="27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</w:tr>
      <w:tr>
        <w:trPr>
          <w:trHeight w:val="883" w:hRule="atLeast"/>
        </w:trPr>
        <w:tc>
          <w:tcPr>
            <w:tcW w:type="dxa" w:w="676"/>
            <w:vMerge/>
          </w:tcPr>
          <w:p/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주 소</w:t>
            </w:r>
          </w:p>
        </w:tc>
        <w:tc>
          <w:tcPr>
            <w:tcW w:type="dxa" w:w="20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  <w:tc>
          <w:tcPr>
            <w:tcW w:type="dxa" w:w="176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전 화 번 호</w:t>
            </w:r>
          </w:p>
        </w:tc>
        <w:tc>
          <w:tcPr>
            <w:tcW w:type="dxa" w:w="27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</w:tr>
      <w:tr>
        <w:trPr>
          <w:trHeight w:val="886" w:hRule="atLeast"/>
        </w:trPr>
        <w:tc>
          <w:tcPr>
            <w:tcW w:type="dxa" w:w="676"/>
            <w:vMerge/>
          </w:tcPr>
          <w:p/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대 표 자</w:t>
            </w:r>
          </w:p>
        </w:tc>
        <w:tc>
          <w:tcPr>
            <w:tcW w:type="dxa" w:w="20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  <w:tc>
          <w:tcPr>
            <w:tcW w:type="dxa" w:w="176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주민등록번호</w:t>
            </w:r>
          </w:p>
        </w:tc>
        <w:tc>
          <w:tcPr>
            <w:tcW w:type="dxa" w:w="27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</w:tr>
      <w:tr>
        <w:trPr>
          <w:trHeight w:val="5531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본인은 「국가를 당사자로 하는 계약에 관한 법률 시행규칙」에 의한 공사 [물품구매(제조)ㆍ용역]입찰유의서에 따라 응찰하여 이 입찰이 귀 기관에 의 하여 수락되면 공사[물품구매(제조)ㆍ용역]계약일반조건·계약특수조건·설계서 (물품규격서) 및 현장설명사항에 따라 위의 입찰금액으로 준공(납품·용역수 행)기한 내에 공사(물품·용역)를 완성(제조·납품)할 것을 확약하며 입찰서를 제출합니다.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붙임 : 산출내역서(100억원 이상 공사의 경우) 1부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.    .     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입찰자      (인)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귀하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