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■ 행정심판법 시행규칙 [별지 제30호서식] &lt;개정 2025. 9. 24.&gt;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행정심판 청구서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9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639"/>
        <w:gridCol w:w="4884"/>
        <w:gridCol w:w="2341"/>
      </w:tblGrid>
      <w:tr>
        <w:trPr>
          <w:trHeight w:val="354" w:hRule="atLeast"/>
        </w:trPr>
        <w:tc>
          <w:tcPr>
            <w:tcW w:type="dxa" w:w="26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48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</w:t>
            </w:r>
          </w:p>
        </w:tc>
        <w:tc>
          <w:tcPr>
            <w:tcW w:type="dxa" w:w="234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763"/>
        <w:gridCol w:w="8102"/>
      </w:tblGrid>
      <w:tr>
        <w:trPr>
          <w:trHeight w:val="365" w:hRule="atLeast"/>
        </w:trPr>
        <w:tc>
          <w:tcPr>
            <w:tcW w:type="dxa" w:w="176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청구인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</w:tc>
      </w:tr>
      <w:tr>
        <w:trPr>
          <w:trHeight w:val="365" w:hRule="atLeast"/>
        </w:trPr>
        <w:tc>
          <w:tcPr>
            <w:tcW w:type="dxa" w:w="1763"/>
            <w:vMerge/>
          </w:tcPr>
          <w:p/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</w:tr>
      <w:tr>
        <w:trPr>
          <w:trHeight w:val="365" w:hRule="atLeast"/>
        </w:trPr>
        <w:tc>
          <w:tcPr>
            <w:tcW w:type="dxa" w:w="1763"/>
            <w:vMerge/>
          </w:tcPr>
          <w:p/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주민등록번호(외국인등록번호)</w:t>
            </w:r>
          </w:p>
        </w:tc>
      </w:tr>
      <w:tr>
        <w:trPr>
          <w:trHeight w:val="365" w:hRule="atLeast"/>
        </w:trPr>
        <w:tc>
          <w:tcPr>
            <w:tcW w:type="dxa" w:w="1763"/>
            <w:vMerge/>
          </w:tcPr>
          <w:p/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</w:tr>
      <w:tr>
        <w:trPr>
          <w:trHeight w:val="484" w:hRule="atLeast"/>
        </w:trPr>
        <w:tc>
          <w:tcPr>
            <w:tcW w:type="dxa" w:w="176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[ ] 대표자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[ ] 관리인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[ ] 선정대표자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[ ] 대리인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※ 해당사항이 있는 경우 하나의 [ ]만 작성합니다.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</w:t>
            </w:r>
          </w:p>
        </w:tc>
      </w:tr>
      <w:tr>
        <w:trPr>
          <w:trHeight w:val="481" w:hRule="atLeast"/>
        </w:trPr>
        <w:tc>
          <w:tcPr>
            <w:tcW w:type="dxa" w:w="1763"/>
            <w:vMerge/>
          </w:tcPr>
          <w:p/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</w:t>
            </w:r>
          </w:p>
        </w:tc>
      </w:tr>
      <w:tr>
        <w:trPr>
          <w:trHeight w:val="481" w:hRule="atLeast"/>
        </w:trPr>
        <w:tc>
          <w:tcPr>
            <w:tcW w:type="dxa" w:w="1763"/>
            <w:vMerge/>
          </w:tcPr>
          <w:p/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주민등록번호(외국인등록번호)</w:t>
            </w:r>
          </w:p>
        </w:tc>
      </w:tr>
      <w:tr>
        <w:trPr>
          <w:trHeight w:val="481" w:hRule="atLeast"/>
        </w:trPr>
        <w:tc>
          <w:tcPr>
            <w:tcW w:type="dxa" w:w="1763"/>
            <w:vMerge/>
          </w:tcPr>
          <w:p/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</w:tr>
      <w:tr>
        <w:trPr>
          <w:trHeight w:val="421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피청구인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548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소관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행정심판위원회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중앙행정심판위원회 [ ] ○○시ㆍ도행정심판위원회 [ ] 기타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763"/>
        <w:gridCol w:w="8102"/>
      </w:tblGrid>
      <w:tr>
        <w:trPr>
          <w:trHeight w:val="548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처분 내용 또는 부작위 내용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547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처분이 있음을 안 날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548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청구 취지 및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청구 이유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별지로 작성</w:t>
            </w:r>
          </w:p>
        </w:tc>
      </w:tr>
      <w:tr>
        <w:trPr>
          <w:trHeight w:val="548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처분청의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불복절차고지유무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유   [ ] 무</w:t>
            </w:r>
          </w:p>
        </w:tc>
      </w:tr>
      <w:tr>
        <w:trPr>
          <w:trHeight w:val="548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처분청의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불복절차고지내용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35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증거 서류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809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국선대리인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선임 신청 여부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여   [ ] 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국선대리인 선임을 신청하는 경우에는 「행정심판법 시행규칙」 별지 제27호의2서식에 따른 국선대리인 선임 신청서를 별도로 첨부하시기 바랍니다.</w:t>
            </w:r>
          </w:p>
        </w:tc>
      </w:tr>
      <w:tr>
        <w:trPr>
          <w:trHeight w:val="809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구술심리 신청 여부</w:t>
            </w:r>
          </w:p>
        </w:tc>
        <w:tc>
          <w:tcPr>
            <w:tcW w:type="dxa" w:w="810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여   [ ] 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구술심리를 신청하는 경우에는 「행정심판법 시행규칙」 별지 제39호서식에 따른 구술심리 신청서를 별도로 첨부하시기 바랍니다.</w:t>
            </w:r>
          </w:p>
        </w:tc>
      </w:tr>
      <w:tr>
        <w:trPr>
          <w:trHeight w:val="1431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「행정심판법」 제28조 및 같은 법 시행령 제20조에 따라 위와 같이 행정심판을 청구합니다. 년  월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청구인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○○행정심판위원회 귀중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22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763"/>
        <w:gridCol w:w="6621"/>
        <w:gridCol w:w="1480"/>
      </w:tblGrid>
      <w:tr>
        <w:trPr>
          <w:trHeight w:val="832" w:hRule="atLeast"/>
        </w:trPr>
        <w:tc>
          <w:tcPr>
            <w:tcW w:type="dxa" w:w="17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첨부서류</w:t>
            </w:r>
          </w:p>
        </w:tc>
        <w:tc>
          <w:tcPr>
            <w:tcW w:type="dxa" w:w="662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대표자, 관리인, 선정대표자 또는 대리인의 자격을 소명하는 서류(대표자, 관리인, 선정대표자 또는 대리인을 선임하는 경우에만 제출합니다)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주장을 뒷받침하는 증거서류나 증거물</w:t>
            </w:r>
          </w:p>
        </w:tc>
        <w:tc>
          <w:tcPr>
            <w:tcW w:type="dxa" w:w="14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없음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국선대리인 제도 안내</w:t>
      </w:r>
    </w:p>
    <w:p>
      <w:pPr>
        <w:spacing w:before="0" w:after="263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1. 제도개요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청구인이 경제적 능력으로 인해 대리인을 선임할 수 없는 경우에는 행정심판위원회에 국선대리인을 선임해 줄 것을 신청할 수 있습니다.</w:t>
      </w:r>
    </w:p>
    <w:p>
      <w:pPr>
        <w:spacing w:before="0" w:after="36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2. 신청자격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가. 「국민기초생활 보장법」 제2조제2호에 따른 수급자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나. 「한부모가족지원법」 제5조 및 제5조의2에 따른 지원대상자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다. 「기초연금법」 제2조제3호에 따른 기초연금 수급자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라. 「장애인연금법」 제2조제4호에 따른 수급자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마. 「북한이탈주민의 보호 및 정착지원에 관한 법률」 제2조제2호에 따른 보호대상자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바. 그 밖에 행정심판위원회의 위원장이 경제적 능력으로 인해 대리인을 선임할 수 없다고 인정하는 사람</w:t>
      </w:r>
    </w:p>
    <w:p>
      <w:pPr>
        <w:spacing w:before="0" w:after="36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3. 신청절차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국선대리인의 선임을 신청하려는 청구인은 「행정심판법 시행규칙」 별지 제27호의2서식에 따른 국선대리인 선임 신청서를 제 출해야 하며, 신청자격에 해당하는 사람이라는 사실을 소명하는 서류를 함께 제출해야 합니다.</w:t>
      </w:r>
    </w:p>
    <w:p>
      <w:pPr>
        <w:spacing w:before="0" w:after="396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구술심리 제도 안내</w:t>
      </w:r>
    </w:p>
    <w:p>
      <w:pPr>
        <w:spacing w:before="0" w:after="274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1. 제도개요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행정심판의 심리는 구술심리나 서면심리로 합니다. 다만, 당사자가 구술심리를 신청한 경우에는 서면심리만으로 결정할 수 있 다고 인정되는 경우 외에는 구술심리로 진행합니다.</w:t>
      </w:r>
    </w:p>
    <w:p>
      <w:pPr>
        <w:spacing w:before="0" w:after="36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2. 신청절차</w:t>
      </w:r>
    </w:p>
    <w:p>
      <w:pPr>
        <w:spacing w:before="0" w:after="11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당사자가 구술심리를 신청하려면 행정심판위원회에「행정심판법 시행규칙」 별지 제39호서식의 구술심리 신청서를 제출하거나 구술로 신청해야 합니다.</w:t>
      </w:r>
    </w:p>
    <w:p>
      <w:pPr>
        <w:spacing w:before="0" w:after="153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35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처리 절차</w:t>
            </w:r>
          </w:p>
        </w:tc>
      </w:tr>
      <w:tr>
        <w:trPr>
          <w:trHeight w:val="8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청구서 작성   ➜     접수     ➜     재결     ➜    송달 청구인        ○○행정심판위원회    ○○행정심판위원회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