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금품 등 수령신고서</w:t>
      </w:r>
    </w:p>
    <w:p>
      <w:pPr>
        <w:spacing w:after="10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수령자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제공자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소속(상호)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수령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48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수령일시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품목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금액(상당액)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48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80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수령 경위와 반려하지 못한 사정 등을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08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2" w:before="8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처리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8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처리 방법</w:t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반환 / 소속기관 인도 / 사회복지시설 기부 / 기타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처리일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5" w:before="8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작성자(수령자) :                                        (서명 또는 인)</w:t>
      </w:r>
    </w:p>
    <w:p>
      <w:pPr>
        <w:spacing w:after="8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부서장(확인) :                                        (서명 또는 인)</w:t>
      </w:r>
    </w:p>
    <w:p>
      <w:pPr>
        <w:spacing w:after="0" w:before="6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허용되는 금품의 기준과 신고 의무 범위는 소속 기관의 청탁금지법 관련 사규를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