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가  맹  계  약  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갑(가맹본부)과 을(가맹점사업자)은 다음과 같이 가맹계약을 체결한다.</w:t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갑(가맹본부)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을(가맹점사업자)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사업자번호/생년월일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가맹점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가맹점명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영업표지(브랜드)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영업소재지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영업지역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개점예정일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가맹금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납부시기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갑이 을에게 위 영업표지와 영업시스템을 사용하여 가맹점을 운영하도록 허락하고, 을이 그 대가로 가맹금을 지급하는 것을 목적으로 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(영업표지의 사용)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갑이 정하는 기준에 따라 위 영업표지와 상호, 디자인을 사용하며, 갑의 사전 동의 없이 이를 변경할 수 없다.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(영업지역)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갑은 계약기간 중 정당한 사유 없이 을의 영업지역 안에 동일한 영업표지를 사용하는 가맹점을 추가로 설치하지 아니한다.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(가맹금)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위 가맹금(가입비, 보증금, 로열티)을 위 표에 정한 시기와 방법으로 갑에게 지급한다.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보증금은 계약 종료 시 을의 미지급 채무를 정산한 후 잔액을 반환한다.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(교육과 지원)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갑은 을과 종업원에게 개점 전 운영 교육을 실시하고, 계약기간 중 정기적으로 경영·판촉 지원을 제공한다.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(상품 공급)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갑은 을에게 가맹사업에 필요한 상품과 원재료를 공급하며, 공급가격과 거래조건은 별도 공급계약에 따른다.</w:t>
      </w:r>
    </w:p>
    <w:p>
      <w:r>
        <w:br w:type="page"/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(가맹점 준수사항)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갑이 정한 운영 매뉴얼과 품질 기준을 준수하며, 가맹본부의 명예와 신용을 훼손하는 행위를 하지 아니한다.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갑의 사전 동의 없이 영업표지를 이용한 다른 사업을 겸영하지 아니한다.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(계약기간과 갱신)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계약기간은 위 계약기간에 따르며, 을이 기간 만료 전 갱신을 요구하는 경우 관련 법령이 정한 절차에 따라 갱신 여부를 정한다.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(계약의 해지)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을이 가맹금을 지급하지 않거나 운영 매뉴얼을 중대하게 위반한 경우 갑은 상당한 기간을 정하여 시정을 요구한 후 계약을 해지할 수 있다.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(계약 종료 후의 의무)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계약이 종료된 경우 을은 영업표지의 사용을 중단하고 간판 등 표시물을 철거하며, 갑으로부터 제공받은 자료를 반환한다.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제11조 (분쟁 해결)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먼저 당사자 간 협의로 해결하도록 하며, 협의가 이루어지지 않으면 갑의 주소지 관할법원을 제1심 관할법원으로 한다.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갑(가맹본부) :                                        (서명 또는 인)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을(가맹점사업자)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가맹사업거래의 공정화에 관한 법률에 따라 가맹본부는 가맹계약 체결일로부터 일정 기간 전에 가맹점사업자에게 정보공개서를 제공해야 합니다. 계약 전 관련 법령과 개별 사안을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