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설립비용 명세서</w:t>
      </w:r>
    </w:p>
    <w:p>
      <w:pPr>
        <w:spacing w:after="15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기본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법인·사업명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정리 기준일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비용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72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지출일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지급처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금액(원)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증빙</w:t>
            </w:r>
          </w:p>
        </w:tc>
      </w:tr>
      <w:tr>
        <w:trPr>
          <w:trHeight w:val="72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합계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먼저 낸 사람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7" w:before="12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작성자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비용의 세무 처리는 세무 전문가에게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