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1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기간제 근로계약서</w:t>
      </w:r>
    </w:p>
    <w:p>
      <w:pPr>
        <w:spacing w:after="152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22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사업주(이하 "사용자")와 근로자는 다음과 같이 근로계약을 체결한다.</w:t>
      </w:r>
    </w:p>
    <w:p>
      <w:pPr>
        <w:spacing w:after="61" w:before="12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당사자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690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사업체명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대표자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90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사업장 주소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90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근로자 성명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90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근로자 주소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90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이메일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1" w:before="12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계약기간 및 근무조건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690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계약기간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20    년    월    일 ~ 20    년    월    일</w:t>
            </w:r>
          </w:p>
        </w:tc>
      </w:tr>
      <w:tr>
        <w:trPr>
          <w:trHeight w:val="690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근무장소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담당업무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90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소정근로시간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 xml:space="preserve">    시    분 ~     시    분 (휴게시간     시    분 ~     시    분)</w:t>
            </w:r>
          </w:p>
        </w:tc>
      </w:tr>
      <w:tr>
        <w:trPr>
          <w:trHeight w:val="690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근무일 / 주휴일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매주       일 근무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주휴일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매주       요일</w:t>
            </w:r>
          </w:p>
        </w:tc>
      </w:tr>
      <w:tr>
        <w:trPr>
          <w:trHeight w:val="690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수습기간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있음(     개월) / 없음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수습 중 임금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통상임금의        %</w:t>
            </w:r>
          </w:p>
        </w:tc>
      </w:tr>
    </w:tbl>
    <w:p>
      <w:pPr>
        <w:spacing w:after="6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1" w:before="12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근로일별 근로시간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409"/>
        <w:gridCol w:w="1409"/>
        <w:gridCol w:w="1409"/>
        <w:gridCol w:w="1409"/>
        <w:gridCol w:w="1409"/>
        <w:gridCol w:w="1409"/>
        <w:gridCol w:w="1409"/>
      </w:tblGrid>
      <w:tr>
        <w:trPr>
          <w:trHeight w:val="690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구분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월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화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수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목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금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토</w:t>
            </w:r>
          </w:p>
        </w:tc>
      </w:tr>
      <w:tr>
        <w:trPr>
          <w:trHeight w:val="690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90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90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91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근로일별 근로시간이 일정하지 않은 경우 위 표에 요일별 시업·종업시각과 휴게시간을 각각 기재하십시오.</w:t>
      </w:r>
    </w:p>
    <w:p>
      <w:r>
        <w:br w:type="page"/>
      </w:r>
    </w:p>
    <w:p>
      <w:pPr>
        <w:spacing w:after="61" w:before="12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임금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690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임금 형태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월급 / 일급 / 시급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기본급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금                 원</w:t>
            </w:r>
          </w:p>
        </w:tc>
      </w:tr>
      <w:tr>
        <w:trPr>
          <w:trHeight w:val="690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제수당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90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상여금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있음(         원) / 없음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임금 지급일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매월        일</w:t>
            </w:r>
          </w:p>
        </w:tc>
      </w:tr>
      <w:tr>
        <w:trPr>
          <w:trHeight w:val="690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지급 방법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근로자 명의 예금통장 입금 / 직접 지급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계좌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1" w:before="12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5. 연차·사회보험·기타</w:t>
      </w:r>
    </w:p>
    <w:p>
      <w:pPr>
        <w:spacing w:after="61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연차유급휴가는 근로기준법이 정하는 바에 따라 부여한다.</w:t>
      </w:r>
    </w:p>
    <w:p>
      <w:pPr>
        <w:spacing w:after="61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고용보험·산재보험·국민연금·건강보험은 법령이 정하는 바에 따라 가입한다.</w:t>
      </w:r>
    </w:p>
    <w:p>
      <w:pPr>
        <w:spacing w:after="61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사용자는 근로계약 체결과 동시에 본 계약서 1부를 근로자에게 교부한다.</w:t>
      </w:r>
    </w:p>
    <w:p>
      <w:pPr>
        <w:spacing w:after="61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본 계약에 정하지 않은 사항은 근로기준법 및 취업규칙에 따른다.</w:t>
      </w:r>
    </w:p>
    <w:p>
      <w:pPr>
        <w:spacing w:after="61" w:before="152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제1조 (계약의 갱신)</w:t>
      </w:r>
    </w:p>
    <w:p>
      <w:pPr>
        <w:spacing w:after="61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계약기간 만료 시 당사자가 서면으로 합의하는 경우 계약을 갱신할 수 있다.</w:t>
      </w:r>
    </w:p>
    <w:p>
      <w:pPr>
        <w:spacing w:after="61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갱신하지 않는 경우 사용자는 계약기간 만료 전 그 사실을 근로자에게 통보하도록 한다.</w:t>
      </w:r>
    </w:p>
    <w:p>
      <w:pPr>
        <w:spacing w:after="61" w:before="152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제2조 (비밀유지 및 성실의무)</w:t>
      </w:r>
    </w:p>
    <w:p>
      <w:pPr>
        <w:spacing w:after="61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근로자는 업무상 알게 된 회사의 영업비밀을 재직 중은 물론 퇴직 후에도 누설하지 아니한다.</w:t>
      </w:r>
    </w:p>
    <w:p>
      <w:pPr>
        <w:spacing w:after="61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근로자는 회사의 제규정을 준수하고 맡은 업무를 성실히 수행한다.</w:t>
      </w:r>
    </w:p>
    <w:p>
      <w:pPr>
        <w:spacing w:after="61" w:before="152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제3조 (계약의 해지)</w:t>
      </w:r>
    </w:p>
    <w:p>
      <w:pPr>
        <w:spacing w:after="61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당사자는 법령과 취업규칙이 정하는 사유가 있는 경우 본 계약을 해지할 수 있다.</w:t>
      </w:r>
    </w:p>
    <w:p>
      <w:pPr>
        <w:spacing w:after="61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근로자가 자진 퇴직하고자 할 때에는 취업규칙이 정한 기간 전에 사용자에게 통보한다.</w:t>
      </w:r>
    </w:p>
    <w:p>
      <w:pPr>
        <w:spacing w:after="122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위 계약 내용을 확인하고 이에 동의하여 각자 서명·날인한 후 각 1부씩 보관한다.</w:t>
      </w:r>
    </w:p>
    <w:p>
      <w:pPr>
        <w:spacing w:after="122" w:before="122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22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사용자 :                                        (서명 또는 인)</w:t>
      </w:r>
    </w:p>
    <w:p>
      <w:pPr>
        <w:spacing w:after="122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근로자 :                                        (서명 또는 인)</w:t>
      </w:r>
    </w:p>
    <w:p>
      <w:pPr>
        <w:spacing w:after="0" w:before="91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본 서식은 참고용입니다. 업종·근무형태에 따라 추가로 명시해야 할 사항이 있을 수 있으므로 관할 고용노동청 기준을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