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4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가족관계 사실 확인서</w:t>
      </w:r>
    </w:p>
    <w:p>
      <w:pPr>
        <w:spacing w:after="160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4" w:before="128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확인인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816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생년월일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816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8090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816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주소</w:t>
            </w:r>
          </w:p>
        </w:tc>
        <w:tc>
          <w:tcPr>
            <w:tcW w:type="dxa" w:w="8090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4" w:before="128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확인 대상자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973"/>
        <w:gridCol w:w="1973"/>
        <w:gridCol w:w="1973"/>
        <w:gridCol w:w="1973"/>
        <w:gridCol w:w="1973"/>
      </w:tblGrid>
      <w:tr>
        <w:trPr>
          <w:trHeight w:val="725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No</w:t>
            </w:r>
          </w:p>
        </w:tc>
        <w:tc>
          <w:tcPr>
            <w:tcW w:type="dxa" w:w="276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성명</w:t>
            </w:r>
          </w:p>
        </w:tc>
        <w:tc>
          <w:tcPr>
            <w:tcW w:type="dxa" w:w="276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생년월일</w:t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관계</w:t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비고</w:t>
            </w:r>
          </w:p>
        </w:tc>
      </w:tr>
      <w:tr>
        <w:trPr>
          <w:trHeight w:val="725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76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76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25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76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76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25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76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76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25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76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76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4" w:before="128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제출처와 용도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816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제출처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용도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28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위 내용이 사실과 다름이 없음을 확인합니다.</w:t>
      </w:r>
    </w:p>
    <w:p>
      <w:pPr>
        <w:spacing w:after="128" w:before="128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28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확인인 :                                        (서명 또는 인)</w:t>
      </w:r>
    </w:p>
    <w:p>
      <w:pPr>
        <w:spacing w:after="0" w:before="96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공적 증명이 필요한 경우 제출처 요구에 따라 증명서를 별도로 발급받으십시오.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