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조  사     안  내  문</w:t>
      </w:r>
    </w:p>
    <w:p>
      <w:pPr>
        <w:spacing w:after="11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82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결혼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회갑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상장례</w:t>
            </w:r>
          </w:p>
        </w:tc>
      </w:tr>
      <w:tr>
        <w:trPr>
          <w:trHeight w:val="582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행사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인사말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초청 인사말을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4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오시는 길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대중교통·주차 안내를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계좌 안내 (해당 시 기재)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신랑측 계좌</w:t>
            </w:r>
          </w:p>
        </w:tc>
        <w:tc>
          <w:tcPr>
            <w:tcW w:type="dxa" w:w="78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신부측 계좌</w:t>
            </w:r>
          </w:p>
        </w:tc>
        <w:tc>
          <w:tcPr>
            <w:tcW w:type="dxa" w:w="7891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1" w:before="9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</w:t>
      </w:r>
    </w:p>
    <w:p>
      <w:pPr>
        <w:spacing w:after="9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8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계좌 안내란은 필요한 경우에만 기재하며, 문구와 격식은 가정 상황에 맞게 수정하여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