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2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시설 사용 신청서</w:t>
      </w:r>
    </w:p>
    <w:p>
      <w:pPr>
        <w:spacing w:after="155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2" w:before="12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신청 단체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9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단체명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대표자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9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담당자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2" w:before="12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사용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9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사용 시설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예상 인원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9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사용 일자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사용 시간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9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사용 목적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9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준비물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2" w:before="12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특이사항</w:t>
      </w:r>
    </w:p>
    <w:p>
      <w:pPr>
        <w:spacing w:after="62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음향·음식물 반입 등 관리자가 미리 알아야 할 사항을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932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4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시설 사용을 신청하며, 사용 후 원상복구와 안전 관리를 책임지겠습니다.</w:t>
      </w:r>
    </w:p>
    <w:p>
      <w:pPr>
        <w:spacing w:after="124" w:before="124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4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신청인 :                                        (서명 또는 인)</w:t>
      </w:r>
    </w:p>
    <w:p>
      <w:pPr>
        <w:spacing w:after="0" w:before="93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사용 허가와 사용료는 시설 운영 규정에 따릅니다. 관리 부서에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