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시설물 수리 요청서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요청부서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요청자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요청일자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시설물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위치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품목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설치일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관리부서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고장 내용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고장 증상과 발생 시점을 구체적으로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134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요청 사항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희망 처리 방법이나 일정을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793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처리 결과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67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처리일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처리자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67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비용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확인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요청자 :                                        (서명 또는 인)</w:t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결재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907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신청자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총무팀장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시설담당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확인</w:t>
            </w:r>
          </w:p>
        </w:tc>
      </w:tr>
      <w:tr>
        <w:trPr>
          <w:trHeight w:val="907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서명(날인)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서명(날인)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서명(날인)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서명(날인)</w:t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수리 완료 후에는 처리 결과란에 처리일자와 비용을 기재하고 신청자에게 확인받으십시오.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