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경  비  정  산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정산일자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정산번호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신청부서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정산기간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     년  월  일 ~  월  일)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지출유형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출장 / 교육 / 미팅</w:t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정산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거래일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장소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결제처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부가세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합계</w:t>
            </w:r>
          </w:p>
        </w:tc>
      </w:tr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합계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부가세(10%) 합계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정산액 합계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금액(한글)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정산 상세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3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경비 유형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금액(원)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비고</w:t>
            </w:r>
          </w:p>
        </w:tc>
      </w:tr>
      <w:tr>
        <w:trPr>
          <w:trHeight w:val="3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교통비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버스·기차·항공료 등</w:t>
            </w:r>
          </w:p>
        </w:tc>
      </w:tr>
      <w:tr>
        <w:trPr>
          <w:trHeight w:val="3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숙박비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호텔·민박 등</w:t>
            </w:r>
          </w:p>
        </w:tc>
      </w:tr>
      <w:tr>
        <w:trPr>
          <w:trHeight w:val="3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식사비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회의비·업무식사 등</w:t>
            </w:r>
          </w:p>
        </w:tc>
      </w:tr>
      <w:tr>
        <w:trPr>
          <w:trHeight w:val="3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행사비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교육·세미나·회의비 등</w:t>
            </w:r>
          </w:p>
        </w:tc>
      </w:tr>
      <w:tr>
        <w:trPr>
          <w:trHeight w:val="3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특기사항 — 특별 승인이 필요한 항목, 분실 증빙, 환율 적용 기준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53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884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신청자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884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정산 승인 후 모든 거래 증빙서류는 본 정산서와 함께 회계팀에 제출하고, 정산 사본은 부서에서 보관하십시오.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