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경비 증빙 소명서</w:t>
      </w:r>
    </w:p>
    <w:p>
      <w:pPr>
        <w:spacing w:after="10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작성자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9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상호(성명)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작성일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9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소명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증빙 미비 지출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554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지출일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금액(원)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사용처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사용 목적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보조 자료</w:t>
            </w:r>
          </w:p>
        </w:tc>
      </w:tr>
      <w:tr>
        <w:trPr>
          <w:trHeight w:val="554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4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4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4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4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4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4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증빙이 없는 사유</w:t>
      </w:r>
    </w:p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영수증을 받지 못했거나 분실한 경위를 사실대로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72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7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내용은 사실과 다름이 없음을 확인합니다.</w:t>
      </w:r>
    </w:p>
    <w:p>
      <w:pPr>
        <w:spacing w:after="87" w:before="8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작성자 :                                        (서명 또는 인)</w:t>
      </w:r>
    </w:p>
    <w:p>
      <w:pPr>
        <w:spacing w:after="0" w:before="6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세무상 인정 여부는 별도로 판단됩니다. 세무 처리는 세무 전문가나 관할 세무서에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