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6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지  출  결  의  서</w:t>
      </w:r>
    </w:p>
    <w:p>
      <w:pPr>
        <w:spacing w:after="66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29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결의일자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결의번호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신청부서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신청자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지출일예정일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예산과목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지출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299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지출 사유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지출 내용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29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규격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단가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공급가액</w:t>
            </w:r>
          </w:p>
        </w:tc>
      </w:tr>
      <w:tr>
        <w:trPr>
          <w:trHeight w:val="29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299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공급가액 소계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부가세(10%)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합계금액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금액(한글)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첨부 증빙서류</w:t>
      </w:r>
    </w:p>
    <w:p>
      <w:pPr>
        <w:spacing w:after="26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□ 견적서 / 발주서</w:t>
      </w:r>
    </w:p>
    <w:p>
      <w:pPr>
        <w:spacing w:after="26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□ 영수증 / 인수증</w:t>
      </w:r>
    </w:p>
    <w:p>
      <w:pPr>
        <w:spacing w:after="26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□ 통장 사본</w:t>
      </w:r>
    </w:p>
    <w:p>
      <w:pPr>
        <w:spacing w:after="26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□ 기타 (              )</w:t>
      </w:r>
    </w:p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특기사항이 있으면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44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48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담당자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팀장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임원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</w:t>
            </w:r>
          </w:p>
        </w:tc>
      </w:tr>
      <w:tr>
        <w:trPr>
          <w:trHeight w:val="748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4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지출 승인 후 영수증·기타 증명서류는 회계팀에 제출하고, 본 결의서 사본을 첨부하여 보관하십시오.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