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증     거     목     록</w:t>
      </w:r>
    </w:p>
    <w:p>
      <w:pPr>
        <w:spacing w:after="15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2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사건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구분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2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증거 목록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4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증거 번호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문서 이름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작성일</w:t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입증 취지</w:t>
            </w:r>
          </w:p>
        </w:tc>
      </w:tr>
      <w:tr>
        <w:trPr>
          <w:trHeight w:val="794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4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4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4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4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4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4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4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5" w:before="12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제출인 :                                        (서명 또는 인)</w:t>
      </w:r>
    </w:p>
    <w:p>
      <w:pPr>
        <w:spacing w:after="0" w:before="9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 방식과 부수는 해당 법원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